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4"/>
        <w:gridCol w:w="4874"/>
      </w:tblGrid>
      <w:tr w:rsidR="00192453">
        <w:trPr>
          <w:jc w:val="center"/>
        </w:trPr>
        <w:tc>
          <w:tcPr>
            <w:tcW w:w="4874" w:type="dxa"/>
          </w:tcPr>
          <w:p w:rsidR="00192453" w:rsidRDefault="006B33AD">
            <w:pPr>
              <w:spacing w:line="300" w:lineRule="auto"/>
              <w:jc w:val="center"/>
            </w:pPr>
            <w:r>
              <w:rPr>
                <w:rFonts w:ascii="Arial" w:hAnsi="Arial"/>
                <w:b/>
                <w:sz w:val="24"/>
              </w:rPr>
              <w:t>ՀԱՅԱՍՏԱՆԻ ՀԱՆՐԱՊԵՏՈՒԹՅՈՒՆ</w:t>
            </w:r>
            <w:r>
              <w:rPr>
                <w:rFonts w:ascii="Arial" w:hAnsi="Arial"/>
                <w:b/>
                <w:sz w:val="24"/>
              </w:rPr>
              <w:br/>
              <w:t>ԿՐԹՈՒԹՅԱՆ, ԳԻ</w:t>
            </w:r>
            <w:bookmarkStart w:id="0" w:name="_GoBack"/>
            <w:bookmarkEnd w:id="0"/>
            <w:r>
              <w:rPr>
                <w:rFonts w:ascii="Arial" w:hAnsi="Arial"/>
                <w:b/>
                <w:sz w:val="24"/>
              </w:rPr>
              <w:t>ՏՈՒԹՅԱՆ, ՄՇԱԿՈՒՅԹԻ ԵՎ ՍՊՈՐՏԻ</w:t>
            </w:r>
            <w:r>
              <w:rPr>
                <w:rFonts w:ascii="Arial" w:hAnsi="Arial"/>
                <w:b/>
                <w:sz w:val="24"/>
              </w:rPr>
              <w:br/>
              <w:t>ՆԱԽԱՐԱՐՈՒԹՅՈՒՆ</w:t>
            </w:r>
            <w:r>
              <w:rPr>
                <w:rFonts w:ascii="Arial" w:hAnsi="Arial"/>
                <w:b/>
                <w:sz w:val="24"/>
              </w:rPr>
              <w:br/>
            </w:r>
            <w:r>
              <w:rPr>
                <w:rFonts w:ascii="Arial" w:hAnsi="Arial"/>
                <w:b/>
                <w:sz w:val="24"/>
              </w:rPr>
              <w:br/>
              <w:t>REPUBLIC OF ARMENIA</w:t>
            </w:r>
            <w:r>
              <w:rPr>
                <w:rFonts w:ascii="Arial" w:hAnsi="Arial"/>
                <w:b/>
                <w:sz w:val="24"/>
              </w:rPr>
              <w:br/>
              <w:t>MINISTRY OF EDUCATION, SCIENCE,</w:t>
            </w:r>
            <w:r>
              <w:rPr>
                <w:rFonts w:ascii="Arial" w:hAnsi="Arial"/>
                <w:b/>
                <w:sz w:val="24"/>
              </w:rPr>
              <w:br/>
              <w:t>CULTURE AND SPORT</w:t>
            </w:r>
          </w:p>
        </w:tc>
        <w:tc>
          <w:tcPr>
            <w:tcW w:w="4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92453" w:rsidRDefault="006B33AD">
            <w:pPr>
              <w:jc w:val="center"/>
            </w:pPr>
            <w:r>
              <w:rPr>
                <w:rFonts w:ascii="Arial" w:hAnsi="Arial"/>
                <w:sz w:val="20"/>
              </w:rPr>
              <w:t>Photo</w:t>
            </w:r>
            <w:r>
              <w:rPr>
                <w:rFonts w:ascii="Arial" w:hAnsi="Arial"/>
                <w:sz w:val="20"/>
              </w:rPr>
              <w:br/>
              <w:t>(3x4 cm)</w:t>
            </w:r>
          </w:p>
        </w:tc>
      </w:tr>
    </w:tbl>
    <w:p w:rsidR="00192453" w:rsidRDefault="006B33AD">
      <w:pPr>
        <w:spacing w:before="480" w:after="240"/>
        <w:jc w:val="center"/>
      </w:pPr>
      <w:r>
        <w:rPr>
          <w:rFonts w:ascii="Arial" w:hAnsi="Arial"/>
          <w:b/>
          <w:sz w:val="28"/>
        </w:rPr>
        <w:t>ԴԻՄՈՒՄ - ՀԱՐՑԱԹԵՐԹԻԿ</w:t>
      </w:r>
      <w:r>
        <w:rPr>
          <w:rFonts w:ascii="Arial" w:hAnsi="Arial"/>
          <w:b/>
          <w:sz w:val="28"/>
        </w:rPr>
        <w:br/>
        <w:t>APPLICATION FORM</w:t>
      </w:r>
    </w:p>
    <w:p w:rsidR="00192453" w:rsidRDefault="006B33AD">
      <w:pPr>
        <w:spacing w:after="480"/>
        <w:jc w:val="center"/>
      </w:pPr>
      <w:r>
        <w:rPr>
          <w:rFonts w:ascii="Arial" w:hAnsi="Arial"/>
          <w:b/>
        </w:rPr>
        <w:t>Հայաստանի Հանրապետության ուսումնական հաստատություններ</w:t>
      </w:r>
      <w:r>
        <w:rPr>
          <w:rFonts w:ascii="Arial" w:hAnsi="Arial"/>
          <w:b/>
        </w:rPr>
        <w:br/>
        <w:t>դիմող օտարերկրյա քաղաքացիների համար</w:t>
      </w:r>
      <w:r>
        <w:rPr>
          <w:rFonts w:ascii="Arial" w:hAnsi="Arial"/>
          <w:b/>
        </w:rPr>
        <w:br/>
        <w:t>For foreign citizens applying to study in the Republic of Armenia</w:t>
      </w:r>
    </w:p>
    <w:p w:rsidR="00192453" w:rsidRDefault="006B33AD">
      <w:pPr>
        <w:spacing w:line="300" w:lineRule="auto"/>
      </w:pPr>
      <w:r>
        <w:rPr>
          <w:sz w:val="21"/>
        </w:rPr>
        <w:t xml:space="preserve">1. </w:t>
      </w:r>
      <w:proofErr w:type="spellStart"/>
      <w:r>
        <w:rPr>
          <w:sz w:val="21"/>
        </w:rPr>
        <w:t>Անուն</w:t>
      </w:r>
      <w:proofErr w:type="spellEnd"/>
      <w:r>
        <w:rPr>
          <w:sz w:val="21"/>
        </w:rPr>
        <w:t xml:space="preserve"> / </w:t>
      </w:r>
      <w:proofErr w:type="gramStart"/>
      <w:r>
        <w:rPr>
          <w:sz w:val="21"/>
        </w:rPr>
        <w:t xml:space="preserve">Name </w:t>
      </w:r>
      <w:r>
        <w:rPr>
          <w:color w:val="0000FF"/>
          <w:u w:val="single"/>
        </w:rPr>
        <w:t xml:space="preserve"> _</w:t>
      </w:r>
      <w:proofErr w:type="gramEnd"/>
      <w:r>
        <w:rPr>
          <w:color w:val="0000FF"/>
          <w:u w:val="single"/>
        </w:rPr>
        <w:t xml:space="preserve">________________________________ </w:t>
      </w:r>
      <w:r w:rsidR="00FD0FC3">
        <w:rPr>
          <w:color w:val="0000FF"/>
          <w:u w:val="single"/>
        </w:rPr>
        <w:t>______</w:t>
      </w:r>
      <w:r>
        <w:rPr>
          <w:sz w:val="21"/>
        </w:rPr>
        <w:t xml:space="preserve">   </w:t>
      </w:r>
      <w:proofErr w:type="spellStart"/>
      <w:r>
        <w:rPr>
          <w:sz w:val="21"/>
        </w:rPr>
        <w:t>Ազգանուն</w:t>
      </w:r>
      <w:proofErr w:type="spellEnd"/>
      <w:r>
        <w:rPr>
          <w:sz w:val="21"/>
        </w:rPr>
        <w:t xml:space="preserve"> / Surname </w:t>
      </w:r>
      <w:r>
        <w:rPr>
          <w:color w:val="0000FF"/>
          <w:u w:val="single"/>
        </w:rPr>
        <w:t xml:space="preserve"> ___________________________</w:t>
      </w:r>
      <w:r w:rsidR="00FD0FC3">
        <w:rPr>
          <w:color w:val="0000FF"/>
          <w:u w:val="single"/>
        </w:rPr>
        <w:t>______</w:t>
      </w:r>
    </w:p>
    <w:p w:rsidR="00192453" w:rsidRDefault="006B33AD" w:rsidP="00FD0FC3">
      <w:pPr>
        <w:spacing w:line="300" w:lineRule="auto"/>
      </w:pPr>
      <w:r>
        <w:rPr>
          <w:sz w:val="21"/>
        </w:rPr>
        <w:t xml:space="preserve">2. </w:t>
      </w:r>
      <w:proofErr w:type="spellStart"/>
      <w:r>
        <w:rPr>
          <w:sz w:val="21"/>
        </w:rPr>
        <w:t>Ծննդյան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թիվը</w:t>
      </w:r>
      <w:proofErr w:type="spellEnd"/>
      <w:r>
        <w:rPr>
          <w:sz w:val="21"/>
        </w:rPr>
        <w:t xml:space="preserve"> / Date of </w:t>
      </w:r>
      <w:proofErr w:type="gramStart"/>
      <w:r>
        <w:rPr>
          <w:sz w:val="21"/>
        </w:rPr>
        <w:t xml:space="preserve">birth </w:t>
      </w:r>
      <w:r>
        <w:rPr>
          <w:i/>
          <w:sz w:val="17"/>
        </w:rPr>
        <w:t xml:space="preserve"> (</w:t>
      </w:r>
      <w:proofErr w:type="spellStart"/>
      <w:proofErr w:type="gramEnd"/>
      <w:r>
        <w:rPr>
          <w:i/>
          <w:sz w:val="17"/>
        </w:rPr>
        <w:t>օր</w:t>
      </w:r>
      <w:proofErr w:type="spellEnd"/>
      <w:r>
        <w:rPr>
          <w:i/>
          <w:sz w:val="17"/>
        </w:rPr>
        <w:t>/</w:t>
      </w:r>
      <w:proofErr w:type="spellStart"/>
      <w:r>
        <w:rPr>
          <w:i/>
          <w:sz w:val="17"/>
        </w:rPr>
        <w:t>ամիս</w:t>
      </w:r>
      <w:proofErr w:type="spellEnd"/>
      <w:r>
        <w:rPr>
          <w:i/>
          <w:sz w:val="17"/>
        </w:rPr>
        <w:t>/</w:t>
      </w:r>
      <w:proofErr w:type="spellStart"/>
      <w:r>
        <w:rPr>
          <w:i/>
          <w:sz w:val="17"/>
        </w:rPr>
        <w:t>տարեթիվ</w:t>
      </w:r>
      <w:proofErr w:type="spellEnd"/>
      <w:r>
        <w:rPr>
          <w:i/>
          <w:sz w:val="17"/>
        </w:rPr>
        <w:t xml:space="preserve"> day/month/year) </w:t>
      </w:r>
      <w:r>
        <w:rPr>
          <w:color w:val="0000FF"/>
          <w:u w:val="single"/>
        </w:rPr>
        <w:t xml:space="preserve"> ___________ </w:t>
      </w:r>
      <w:r w:rsidR="00FD0FC3">
        <w:rPr>
          <w:color w:val="0000FF"/>
          <w:u w:val="single"/>
        </w:rPr>
        <w:t>___________________________________</w:t>
      </w:r>
      <w:r w:rsidR="00FD0FC3">
        <w:rPr>
          <w:rFonts w:hint="cs"/>
          <w:color w:val="0000FF"/>
          <w:u w:val="single"/>
          <w:rtl/>
        </w:rPr>
        <w:br/>
      </w:r>
      <w:r>
        <w:rPr>
          <w:sz w:val="21"/>
        </w:rPr>
        <w:t xml:space="preserve">3. Ծննդյան վայրը / Place of </w:t>
      </w:r>
      <w:proofErr w:type="gramStart"/>
      <w:r>
        <w:rPr>
          <w:sz w:val="21"/>
        </w:rPr>
        <w:t xml:space="preserve">birth </w:t>
      </w:r>
      <w:r>
        <w:rPr>
          <w:color w:val="0000FF"/>
          <w:u w:val="single"/>
        </w:rPr>
        <w:t xml:space="preserve"> _</w:t>
      </w:r>
      <w:proofErr w:type="gramEnd"/>
      <w:r>
        <w:rPr>
          <w:color w:val="0000FF"/>
          <w:u w:val="single"/>
        </w:rPr>
        <w:t>________________</w:t>
      </w:r>
      <w:r w:rsidR="00FD0FC3">
        <w:rPr>
          <w:color w:val="0000FF"/>
          <w:u w:val="single"/>
        </w:rPr>
        <w:t>________________________________________________________________</w:t>
      </w:r>
    </w:p>
    <w:p w:rsidR="00192453" w:rsidRDefault="006B33AD" w:rsidP="00FD0FC3">
      <w:pPr>
        <w:spacing w:line="300" w:lineRule="auto"/>
      </w:pPr>
      <w:r>
        <w:rPr>
          <w:sz w:val="21"/>
        </w:rPr>
        <w:t xml:space="preserve">4. </w:t>
      </w:r>
      <w:proofErr w:type="spellStart"/>
      <w:r>
        <w:rPr>
          <w:sz w:val="21"/>
        </w:rPr>
        <w:t>Բնակության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երկիրը</w:t>
      </w:r>
      <w:proofErr w:type="spellEnd"/>
      <w:r>
        <w:rPr>
          <w:sz w:val="21"/>
        </w:rPr>
        <w:t xml:space="preserve"> / Resident </w:t>
      </w:r>
      <w:proofErr w:type="gramStart"/>
      <w:r>
        <w:rPr>
          <w:sz w:val="21"/>
        </w:rPr>
        <w:t xml:space="preserve">country </w:t>
      </w:r>
      <w:r w:rsidR="00FD0FC3">
        <w:rPr>
          <w:color w:val="0000FF"/>
          <w:u w:val="single"/>
        </w:rPr>
        <w:t xml:space="preserve"> _</w:t>
      </w:r>
      <w:proofErr w:type="gramEnd"/>
      <w:r w:rsidR="00FD0FC3">
        <w:rPr>
          <w:color w:val="0000FF"/>
          <w:u w:val="single"/>
        </w:rPr>
        <w:t>_____________________________________________________________________</w:t>
      </w:r>
      <w:r w:rsidR="00FD0FC3">
        <w:rPr>
          <w:rFonts w:hint="cs"/>
          <w:color w:val="0000FF"/>
          <w:u w:val="single"/>
          <w:rtl/>
        </w:rPr>
        <w:br/>
      </w:r>
      <w:r>
        <w:rPr>
          <w:sz w:val="21"/>
        </w:rPr>
        <w:t xml:space="preserve">5. </w:t>
      </w:r>
      <w:proofErr w:type="spellStart"/>
      <w:r>
        <w:rPr>
          <w:sz w:val="21"/>
        </w:rPr>
        <w:t>Քաղաքացիությունը</w:t>
      </w:r>
      <w:proofErr w:type="spellEnd"/>
      <w:r>
        <w:rPr>
          <w:sz w:val="21"/>
        </w:rPr>
        <w:t xml:space="preserve"> / </w:t>
      </w:r>
      <w:proofErr w:type="gramStart"/>
      <w:r>
        <w:rPr>
          <w:sz w:val="21"/>
        </w:rPr>
        <w:t xml:space="preserve">Citizenship </w:t>
      </w:r>
      <w:r>
        <w:rPr>
          <w:color w:val="0000FF"/>
          <w:u w:val="single"/>
        </w:rPr>
        <w:t xml:space="preserve"> _</w:t>
      </w:r>
      <w:proofErr w:type="gramEnd"/>
      <w:r>
        <w:rPr>
          <w:color w:val="0000FF"/>
          <w:u w:val="single"/>
        </w:rPr>
        <w:t>______________</w:t>
      </w:r>
      <w:r w:rsidR="00FD0FC3">
        <w:rPr>
          <w:color w:val="0000FF"/>
          <w:u w:val="single"/>
        </w:rPr>
        <w:t>______________________________________________________________</w:t>
      </w:r>
    </w:p>
    <w:p w:rsidR="00192453" w:rsidRDefault="006B33AD">
      <w:pPr>
        <w:spacing w:line="300" w:lineRule="auto"/>
      </w:pPr>
      <w:r>
        <w:rPr>
          <w:sz w:val="21"/>
        </w:rPr>
        <w:t xml:space="preserve">6. </w:t>
      </w:r>
      <w:proofErr w:type="spellStart"/>
      <w:r>
        <w:rPr>
          <w:sz w:val="21"/>
        </w:rPr>
        <w:t>Ազգությունը</w:t>
      </w:r>
      <w:proofErr w:type="spellEnd"/>
      <w:r>
        <w:rPr>
          <w:sz w:val="21"/>
        </w:rPr>
        <w:t xml:space="preserve"> / </w:t>
      </w:r>
      <w:proofErr w:type="gramStart"/>
      <w:r>
        <w:rPr>
          <w:sz w:val="21"/>
        </w:rPr>
        <w:t xml:space="preserve">Nationality </w:t>
      </w:r>
      <w:r>
        <w:rPr>
          <w:color w:val="0000FF"/>
          <w:u w:val="single"/>
        </w:rPr>
        <w:t xml:space="preserve"> _</w:t>
      </w:r>
      <w:proofErr w:type="gramEnd"/>
      <w:r>
        <w:rPr>
          <w:color w:val="0000FF"/>
          <w:u w:val="single"/>
        </w:rPr>
        <w:t>___</w:t>
      </w:r>
      <w:r w:rsidR="00FD0FC3">
        <w:rPr>
          <w:color w:val="0000FF"/>
          <w:u w:val="single"/>
        </w:rPr>
        <w:t>___</w:t>
      </w:r>
      <w:r>
        <w:rPr>
          <w:color w:val="0000FF"/>
          <w:u w:val="single"/>
        </w:rPr>
        <w:t xml:space="preserve">_________________ </w:t>
      </w:r>
      <w:r>
        <w:rPr>
          <w:sz w:val="21"/>
        </w:rPr>
        <w:t xml:space="preserve"> 7. Սեռը / Sex:  [  ] արական/male   [  ] իգական/female</w:t>
      </w:r>
    </w:p>
    <w:p w:rsidR="00192453" w:rsidRDefault="006B33AD">
      <w:r>
        <w:rPr>
          <w:sz w:val="21"/>
        </w:rPr>
        <w:t>8. Ընտանեկան վիճակը / Marital status:   [  ] ամուսնացած/married   [  ] չամուսնացած/single</w:t>
      </w:r>
    </w:p>
    <w:p w:rsidR="00192453" w:rsidRDefault="006B33AD" w:rsidP="00447C2F">
      <w:pPr>
        <w:spacing w:before="120" w:after="120" w:line="300" w:lineRule="auto"/>
      </w:pPr>
      <w:r>
        <w:rPr>
          <w:rFonts w:ascii="Arial" w:hAnsi="Arial"/>
          <w:sz w:val="21"/>
        </w:rPr>
        <w:t xml:space="preserve">9. </w:t>
      </w:r>
      <w:proofErr w:type="spellStart"/>
      <w:r>
        <w:rPr>
          <w:rFonts w:ascii="Arial" w:hAnsi="Arial"/>
          <w:sz w:val="21"/>
        </w:rPr>
        <w:t>Բնակության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վայրը</w:t>
      </w:r>
      <w:proofErr w:type="spellEnd"/>
      <w:r>
        <w:rPr>
          <w:rFonts w:ascii="Arial" w:hAnsi="Arial"/>
          <w:sz w:val="21"/>
        </w:rPr>
        <w:t xml:space="preserve"> / Residence Address:</w:t>
      </w:r>
      <w:r w:rsidR="003C08B0" w:rsidRPr="003C08B0">
        <w:rPr>
          <w:color w:val="0000FF"/>
          <w:u w:val="single"/>
        </w:rPr>
        <w:t xml:space="preserve"> </w:t>
      </w:r>
      <w:r w:rsidR="003C08B0">
        <w:rPr>
          <w:color w:val="0000FF"/>
          <w:u w:val="single"/>
        </w:rPr>
        <w:t>____________________________________________________________________</w:t>
      </w:r>
      <w:r w:rsidR="00447C2F" w:rsidRPr="00447C2F">
        <w:rPr>
          <w:color w:val="0000FF"/>
          <w:u w:val="single"/>
        </w:rPr>
        <w:t xml:space="preserve"> </w:t>
      </w:r>
      <w:r w:rsidR="00447C2F">
        <w:rPr>
          <w:color w:val="0000FF"/>
          <w:u w:val="single"/>
        </w:rPr>
        <w:t>_______________________________________________________________________________________________________________________</w:t>
      </w:r>
      <w:r>
        <w:rPr>
          <w:sz w:val="21"/>
        </w:rPr>
        <w:t xml:space="preserve">Քաղաք / </w:t>
      </w:r>
      <w:proofErr w:type="gramStart"/>
      <w:r>
        <w:rPr>
          <w:sz w:val="21"/>
        </w:rPr>
        <w:t xml:space="preserve">City </w:t>
      </w:r>
      <w:r>
        <w:rPr>
          <w:color w:val="0000FF"/>
          <w:u w:val="single"/>
        </w:rPr>
        <w:t xml:space="preserve"> _</w:t>
      </w:r>
      <w:proofErr w:type="gramEnd"/>
      <w:r>
        <w:rPr>
          <w:color w:val="0000FF"/>
          <w:u w:val="single"/>
        </w:rPr>
        <w:t>__________</w:t>
      </w:r>
      <w:r w:rsidR="00FD0FC3">
        <w:rPr>
          <w:color w:val="0000FF"/>
          <w:u w:val="single"/>
        </w:rPr>
        <w:t>____________</w:t>
      </w:r>
      <w:r>
        <w:rPr>
          <w:color w:val="0000FF"/>
          <w:u w:val="single"/>
        </w:rPr>
        <w:t xml:space="preserve">________________ </w:t>
      </w:r>
      <w:r>
        <w:rPr>
          <w:sz w:val="21"/>
        </w:rPr>
        <w:t xml:space="preserve"> Երկիր / Country </w:t>
      </w:r>
      <w:r>
        <w:rPr>
          <w:color w:val="0000FF"/>
          <w:u w:val="single"/>
        </w:rPr>
        <w:t xml:space="preserve"> ___________________________</w:t>
      </w:r>
      <w:r w:rsidR="00FD0FC3">
        <w:rPr>
          <w:color w:val="0000FF"/>
          <w:u w:val="single"/>
        </w:rPr>
        <w:t>_______________</w:t>
      </w:r>
    </w:p>
    <w:p w:rsidR="00192453" w:rsidRDefault="006B33AD">
      <w:r>
        <w:rPr>
          <w:sz w:val="21"/>
        </w:rPr>
        <w:t xml:space="preserve">Հեռ. / </w:t>
      </w:r>
      <w:proofErr w:type="gramStart"/>
      <w:r>
        <w:rPr>
          <w:sz w:val="21"/>
        </w:rPr>
        <w:t xml:space="preserve">Phone </w:t>
      </w:r>
      <w:r>
        <w:rPr>
          <w:color w:val="0000FF"/>
          <w:u w:val="single"/>
        </w:rPr>
        <w:t xml:space="preserve"> _</w:t>
      </w:r>
      <w:proofErr w:type="gramEnd"/>
      <w:r>
        <w:rPr>
          <w:color w:val="0000FF"/>
          <w:u w:val="single"/>
        </w:rPr>
        <w:t>__</w:t>
      </w:r>
      <w:r w:rsidR="00FD0FC3">
        <w:rPr>
          <w:color w:val="0000FF"/>
          <w:u w:val="single"/>
        </w:rPr>
        <w:t>___________________</w:t>
      </w:r>
      <w:r>
        <w:rPr>
          <w:color w:val="0000FF"/>
          <w:u w:val="single"/>
        </w:rPr>
        <w:t xml:space="preserve">________________________ </w:t>
      </w:r>
      <w:r>
        <w:rPr>
          <w:sz w:val="21"/>
        </w:rPr>
        <w:t xml:space="preserve"> E-mail: </w:t>
      </w:r>
      <w:r>
        <w:rPr>
          <w:color w:val="0000FF"/>
          <w:u w:val="single"/>
        </w:rPr>
        <w:t xml:space="preserve"> _______________________________________</w:t>
      </w:r>
      <w:r w:rsidR="00FD0FC3">
        <w:rPr>
          <w:color w:val="0000FF"/>
          <w:u w:val="single"/>
        </w:rPr>
        <w:t>_________</w:t>
      </w:r>
    </w:p>
    <w:p w:rsidR="00192453" w:rsidRDefault="006B33AD">
      <w:pPr>
        <w:spacing w:before="240"/>
      </w:pPr>
      <w:r>
        <w:rPr>
          <w:b/>
          <w:sz w:val="21"/>
        </w:rPr>
        <w:t>10. Կրթական աստիճանը / Degree received:</w:t>
      </w:r>
      <w:r>
        <w:rPr>
          <w:b/>
          <w:sz w:val="21"/>
        </w:rPr>
        <w:br/>
      </w:r>
      <w:r>
        <w:rPr>
          <w:sz w:val="21"/>
        </w:rPr>
        <w:t xml:space="preserve">  [  ] միջնակարգ / Secondary                    [  ] բակալավրի / Bachelor's degree</w:t>
      </w:r>
      <w:r>
        <w:rPr>
          <w:sz w:val="21"/>
        </w:rPr>
        <w:br/>
        <w:t xml:space="preserve">  [  ] մագիստրոսի / Master's degree             [  ] ասպիրանտի / Post-graduate degree</w:t>
      </w:r>
    </w:p>
    <w:p w:rsidR="00192453" w:rsidRDefault="006B33AD">
      <w:pPr>
        <w:spacing w:before="240"/>
      </w:pPr>
      <w:r>
        <w:rPr>
          <w:b/>
          <w:sz w:val="21"/>
        </w:rPr>
        <w:t>11. Դպրոցի մասին տվյալները / School attended</w:t>
      </w:r>
      <w:r>
        <w:rPr>
          <w:b/>
          <w:sz w:val="21"/>
        </w:rPr>
        <w:br/>
      </w:r>
    </w:p>
    <w:p w:rsidR="00192453" w:rsidRDefault="006B33AD">
      <w:pPr>
        <w:spacing w:before="120" w:after="120" w:line="300" w:lineRule="auto"/>
      </w:pPr>
      <w:r>
        <w:rPr>
          <w:rFonts w:ascii="Arial" w:hAnsi="Arial"/>
          <w:sz w:val="21"/>
        </w:rPr>
        <w:t xml:space="preserve">Հաստատության անվանումը / Name of the institution: </w:t>
      </w:r>
      <w:r>
        <w:rPr>
          <w:rFonts w:ascii="Arial" w:hAnsi="Arial"/>
          <w:color w:val="0000FF"/>
          <w:sz w:val="21"/>
          <w:u w:val="single"/>
        </w:rPr>
        <w:t xml:space="preserve">                                                                           </w:t>
      </w:r>
    </w:p>
    <w:p w:rsidR="00192453" w:rsidRDefault="006B33AD">
      <w:r>
        <w:rPr>
          <w:sz w:val="21"/>
        </w:rPr>
        <w:t xml:space="preserve">Քաղաք / </w:t>
      </w:r>
      <w:proofErr w:type="gramStart"/>
      <w:r>
        <w:rPr>
          <w:sz w:val="21"/>
        </w:rPr>
        <w:t xml:space="preserve">City </w:t>
      </w:r>
      <w:r>
        <w:rPr>
          <w:color w:val="0000FF"/>
          <w:u w:val="single"/>
        </w:rPr>
        <w:t xml:space="preserve"> _</w:t>
      </w:r>
      <w:proofErr w:type="gramEnd"/>
      <w:r>
        <w:rPr>
          <w:color w:val="0000FF"/>
          <w:u w:val="single"/>
        </w:rPr>
        <w:t>_____________________</w:t>
      </w:r>
      <w:r w:rsidR="00FD0FC3">
        <w:rPr>
          <w:color w:val="0000FF"/>
          <w:u w:val="single"/>
        </w:rPr>
        <w:t>____________</w:t>
      </w:r>
      <w:r>
        <w:rPr>
          <w:color w:val="0000FF"/>
          <w:u w:val="single"/>
        </w:rPr>
        <w:t xml:space="preserve">_____ </w:t>
      </w:r>
      <w:r>
        <w:rPr>
          <w:sz w:val="21"/>
        </w:rPr>
        <w:t xml:space="preserve"> </w:t>
      </w:r>
      <w:proofErr w:type="spellStart"/>
      <w:r>
        <w:rPr>
          <w:sz w:val="21"/>
        </w:rPr>
        <w:t>Երկիր</w:t>
      </w:r>
      <w:proofErr w:type="spellEnd"/>
      <w:r>
        <w:rPr>
          <w:sz w:val="21"/>
        </w:rPr>
        <w:t xml:space="preserve"> / Country </w:t>
      </w:r>
      <w:r>
        <w:rPr>
          <w:color w:val="0000FF"/>
          <w:u w:val="single"/>
        </w:rPr>
        <w:t xml:space="preserve"> ____________</w:t>
      </w:r>
      <w:r w:rsidR="00FD0FC3">
        <w:rPr>
          <w:color w:val="0000FF"/>
          <w:u w:val="single"/>
        </w:rPr>
        <w:t>________</w:t>
      </w:r>
      <w:r>
        <w:rPr>
          <w:color w:val="0000FF"/>
          <w:u w:val="single"/>
        </w:rPr>
        <w:t>______________</w:t>
      </w:r>
      <w:r w:rsidR="00FD0FC3">
        <w:rPr>
          <w:color w:val="0000FF"/>
          <w:u w:val="single"/>
        </w:rPr>
        <w:t>_______</w:t>
      </w:r>
      <w:r>
        <w:rPr>
          <w:color w:val="0000FF"/>
          <w:u w:val="single"/>
        </w:rPr>
        <w:t>_</w:t>
      </w:r>
    </w:p>
    <w:p w:rsidR="00192453" w:rsidRDefault="006B33AD" w:rsidP="00FD0FC3">
      <w:r>
        <w:rPr>
          <w:sz w:val="21"/>
        </w:rPr>
        <w:t xml:space="preserve">Ուսումնը սկսվել է / Date of </w:t>
      </w:r>
      <w:proofErr w:type="gramStart"/>
      <w:r>
        <w:rPr>
          <w:sz w:val="21"/>
        </w:rPr>
        <w:t xml:space="preserve">entrance </w:t>
      </w:r>
      <w:r>
        <w:rPr>
          <w:color w:val="0000FF"/>
          <w:u w:val="single"/>
        </w:rPr>
        <w:t xml:space="preserve"> _</w:t>
      </w:r>
      <w:proofErr w:type="gramEnd"/>
      <w:r>
        <w:rPr>
          <w:color w:val="0000FF"/>
          <w:u w:val="single"/>
        </w:rPr>
        <w:t>____</w:t>
      </w:r>
      <w:r w:rsidR="00FD0FC3">
        <w:rPr>
          <w:color w:val="0000FF"/>
          <w:u w:val="single"/>
        </w:rPr>
        <w:t>__</w:t>
      </w:r>
      <w:r>
        <w:rPr>
          <w:color w:val="0000FF"/>
          <w:u w:val="single"/>
        </w:rPr>
        <w:t>____</w:t>
      </w:r>
      <w:r w:rsidR="00FD0FC3">
        <w:rPr>
          <w:color w:val="0000FF"/>
          <w:u w:val="single"/>
        </w:rPr>
        <w:t>____</w:t>
      </w:r>
      <w:r w:rsidR="007F1914">
        <w:rPr>
          <w:color w:val="0000FF"/>
          <w:u w:val="single"/>
        </w:rPr>
        <w:t>______________________________________________________</w:t>
      </w:r>
      <w:r w:rsidR="00FD0FC3">
        <w:rPr>
          <w:color w:val="0000FF"/>
          <w:u w:val="single"/>
        </w:rPr>
        <w:t>_______</w:t>
      </w:r>
      <w:r>
        <w:rPr>
          <w:color w:val="0000FF"/>
          <w:u w:val="single"/>
        </w:rPr>
        <w:t xml:space="preserve"> </w:t>
      </w:r>
      <w:r w:rsidR="00FD0FC3">
        <w:rPr>
          <w:rFonts w:hint="cs"/>
          <w:color w:val="0000FF"/>
          <w:u w:val="single"/>
          <w:rtl/>
        </w:rPr>
        <w:br/>
      </w:r>
      <w:r>
        <w:rPr>
          <w:sz w:val="21"/>
        </w:rPr>
        <w:t xml:space="preserve">(month/year)   </w:t>
      </w:r>
      <w:proofErr w:type="spellStart"/>
      <w:r>
        <w:rPr>
          <w:sz w:val="21"/>
        </w:rPr>
        <w:t>Ավարտվել</w:t>
      </w:r>
      <w:proofErr w:type="spellEnd"/>
      <w:r>
        <w:rPr>
          <w:sz w:val="21"/>
        </w:rPr>
        <w:t xml:space="preserve"> է / Date of graduation </w:t>
      </w:r>
      <w:r>
        <w:rPr>
          <w:color w:val="0000FF"/>
          <w:u w:val="single"/>
        </w:rPr>
        <w:t xml:space="preserve"> ______</w:t>
      </w:r>
      <w:r w:rsidR="00FD0FC3">
        <w:rPr>
          <w:color w:val="0000FF"/>
          <w:u w:val="single"/>
        </w:rPr>
        <w:t>_</w:t>
      </w:r>
      <w:r w:rsidR="007F1914">
        <w:rPr>
          <w:color w:val="0000FF"/>
          <w:u w:val="single"/>
        </w:rPr>
        <w:t>______________________________</w:t>
      </w:r>
      <w:r w:rsidR="00FD0FC3">
        <w:rPr>
          <w:color w:val="0000FF"/>
          <w:u w:val="single"/>
        </w:rPr>
        <w:t>_________</w:t>
      </w:r>
      <w:r>
        <w:rPr>
          <w:color w:val="0000FF"/>
          <w:u w:val="single"/>
        </w:rPr>
        <w:t xml:space="preserve">___ </w:t>
      </w:r>
      <w:r>
        <w:rPr>
          <w:sz w:val="19"/>
        </w:rPr>
        <w:t xml:space="preserve"> (month/year)</w:t>
      </w:r>
    </w:p>
    <w:p w:rsidR="00192453" w:rsidRDefault="006B33AD">
      <w:r>
        <w:br w:type="page"/>
      </w:r>
    </w:p>
    <w:p w:rsidR="00192453" w:rsidRDefault="006B33AD" w:rsidP="00110C63">
      <w:pPr>
        <w:spacing w:before="240"/>
      </w:pPr>
      <w:r>
        <w:rPr>
          <w:b/>
          <w:sz w:val="21"/>
        </w:rPr>
        <w:lastRenderedPageBreak/>
        <w:t xml:space="preserve">12. </w:t>
      </w:r>
      <w:proofErr w:type="spellStart"/>
      <w:r>
        <w:rPr>
          <w:b/>
          <w:sz w:val="21"/>
        </w:rPr>
        <w:t>Ավարտած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այլ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ուսումնական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հաստատությունների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մասին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տվյալները</w:t>
      </w:r>
      <w:proofErr w:type="spellEnd"/>
      <w:r>
        <w:rPr>
          <w:b/>
          <w:sz w:val="21"/>
        </w:rPr>
        <w:br/>
        <w:t>Other Educational Institutions attended:</w:t>
      </w:r>
      <w:r w:rsidR="00110C63">
        <w:rPr>
          <w:b/>
          <w:sz w:val="21"/>
        </w:rPr>
        <w:t xml:space="preserve"> </w:t>
      </w:r>
      <w:r w:rsidR="00110C63">
        <w:rPr>
          <w:color w:val="0000FF"/>
          <w:u w:val="single"/>
        </w:rPr>
        <w:t>_______________________________________________________________________</w:t>
      </w:r>
      <w:r w:rsidR="00110C63">
        <w:rPr>
          <w:color w:val="0000FF"/>
          <w:u w:val="single"/>
        </w:rPr>
        <w:br/>
        <w:t>_______________________________________________________________________________________________________________________</w:t>
      </w:r>
    </w:p>
    <w:p w:rsidR="00192453" w:rsidRDefault="006B33AD">
      <w:r>
        <w:rPr>
          <w:sz w:val="21"/>
        </w:rPr>
        <w:t xml:space="preserve">1. </w:t>
      </w:r>
      <w:proofErr w:type="spellStart"/>
      <w:r>
        <w:rPr>
          <w:sz w:val="21"/>
        </w:rPr>
        <w:t>Ավարտել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եմ</w:t>
      </w:r>
      <w:proofErr w:type="spellEnd"/>
      <w:r>
        <w:rPr>
          <w:sz w:val="21"/>
        </w:rPr>
        <w:t xml:space="preserve"> / Graduated </w:t>
      </w:r>
      <w:r>
        <w:rPr>
          <w:color w:val="0000FF"/>
          <w:u w:val="single"/>
        </w:rPr>
        <w:t>______________________________________________</w:t>
      </w:r>
      <w:r w:rsidR="00FD0FC3">
        <w:rPr>
          <w:color w:val="0000FF"/>
          <w:u w:val="single"/>
        </w:rPr>
        <w:t>____________</w:t>
      </w:r>
      <w:r>
        <w:rPr>
          <w:color w:val="0000FF"/>
          <w:u w:val="single"/>
        </w:rPr>
        <w:t>______________________________</w:t>
      </w:r>
      <w:r>
        <w:rPr>
          <w:color w:val="0000FF"/>
          <w:u w:val="single"/>
        </w:rPr>
        <w:br/>
      </w:r>
      <w:r>
        <w:rPr>
          <w:i/>
          <w:sz w:val="18"/>
        </w:rPr>
        <w:t xml:space="preserve">                              (</w:t>
      </w:r>
      <w:proofErr w:type="spellStart"/>
      <w:r>
        <w:rPr>
          <w:i/>
          <w:sz w:val="18"/>
        </w:rPr>
        <w:t>ավարտած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հաստատության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անվանումը</w:t>
      </w:r>
      <w:proofErr w:type="spellEnd"/>
      <w:r>
        <w:rPr>
          <w:i/>
          <w:sz w:val="18"/>
        </w:rPr>
        <w:t xml:space="preserve"> / Name of the institution/)</w:t>
      </w:r>
    </w:p>
    <w:p w:rsidR="00192453" w:rsidRDefault="006B33AD" w:rsidP="00FD0FC3">
      <w:r>
        <w:rPr>
          <w:color w:val="0000FF"/>
          <w:u w:val="single"/>
        </w:rPr>
        <w:t>_____________________</w:t>
      </w:r>
      <w:r w:rsidR="00FD0FC3">
        <w:rPr>
          <w:color w:val="0000FF"/>
          <w:u w:val="single"/>
        </w:rPr>
        <w:t>____________________________________________</w:t>
      </w:r>
      <w:r>
        <w:rPr>
          <w:color w:val="0000FF"/>
          <w:u w:val="single"/>
        </w:rPr>
        <w:t>__</w:t>
      </w:r>
      <w:proofErr w:type="gramStart"/>
      <w:r>
        <w:rPr>
          <w:color w:val="0000FF"/>
          <w:u w:val="single"/>
        </w:rPr>
        <w:t xml:space="preserve">_ </w:t>
      </w:r>
      <w:r>
        <w:rPr>
          <w:sz w:val="21"/>
        </w:rPr>
        <w:t xml:space="preserve"> in</w:t>
      </w:r>
      <w:proofErr w:type="gramEnd"/>
      <w:r>
        <w:rPr>
          <w:sz w:val="21"/>
        </w:rPr>
        <w:t xml:space="preserve"> </w:t>
      </w:r>
      <w:r>
        <w:rPr>
          <w:color w:val="0000FF"/>
          <w:u w:val="single"/>
        </w:rPr>
        <w:t xml:space="preserve"> _________</w:t>
      </w:r>
      <w:r w:rsidR="00A41DDD">
        <w:rPr>
          <w:color w:val="0000FF"/>
          <w:u w:val="single"/>
        </w:rPr>
        <w:t>_____________</w:t>
      </w:r>
      <w:r>
        <w:rPr>
          <w:color w:val="0000FF"/>
          <w:u w:val="single"/>
        </w:rPr>
        <w:t xml:space="preserve">___ </w:t>
      </w:r>
      <w:r>
        <w:rPr>
          <w:sz w:val="21"/>
        </w:rPr>
        <w:t xml:space="preserve"> </w:t>
      </w:r>
      <w:proofErr w:type="spellStart"/>
      <w:r>
        <w:rPr>
          <w:sz w:val="21"/>
        </w:rPr>
        <w:t>թվականին</w:t>
      </w:r>
      <w:proofErr w:type="spellEnd"/>
      <w:r>
        <w:rPr>
          <w:sz w:val="21"/>
        </w:rPr>
        <w:t xml:space="preserve"> / year</w:t>
      </w:r>
    </w:p>
    <w:p w:rsidR="00192453" w:rsidRDefault="006B33AD" w:rsidP="00666559">
      <w:r>
        <w:rPr>
          <w:sz w:val="21"/>
        </w:rPr>
        <w:t xml:space="preserve">Երկիրը / Country </w:t>
      </w:r>
      <w:proofErr w:type="gramStart"/>
      <w:r>
        <w:rPr>
          <w:sz w:val="21"/>
        </w:rPr>
        <w:t xml:space="preserve">/ </w:t>
      </w:r>
      <w:r>
        <w:rPr>
          <w:color w:val="0000FF"/>
          <w:u w:val="single"/>
        </w:rPr>
        <w:t xml:space="preserve"> _</w:t>
      </w:r>
      <w:proofErr w:type="gramEnd"/>
      <w:r>
        <w:rPr>
          <w:color w:val="0000FF"/>
          <w:u w:val="single"/>
        </w:rPr>
        <w:t>___________</w:t>
      </w:r>
      <w:r w:rsidR="00666559">
        <w:rPr>
          <w:color w:val="0000FF"/>
          <w:u w:val="single"/>
        </w:rPr>
        <w:t>_______</w:t>
      </w:r>
      <w:r>
        <w:rPr>
          <w:color w:val="0000FF"/>
          <w:u w:val="single"/>
        </w:rPr>
        <w:t xml:space="preserve">___________ </w:t>
      </w:r>
      <w:r>
        <w:rPr>
          <w:sz w:val="21"/>
        </w:rPr>
        <w:t xml:space="preserve"> Specialization </w:t>
      </w:r>
      <w:r>
        <w:rPr>
          <w:color w:val="0000FF"/>
          <w:u w:val="single"/>
        </w:rPr>
        <w:t xml:space="preserve"> </w:t>
      </w:r>
      <w:r w:rsidR="00666559">
        <w:rPr>
          <w:color w:val="0000FF"/>
          <w:u w:val="single"/>
        </w:rPr>
        <w:t>_</w:t>
      </w:r>
      <w:r w:rsidR="00FD0FC3">
        <w:rPr>
          <w:color w:val="0000FF"/>
          <w:u w:val="single"/>
        </w:rPr>
        <w:t>______________________________</w:t>
      </w:r>
      <w:r>
        <w:rPr>
          <w:color w:val="0000FF"/>
          <w:u w:val="single"/>
        </w:rPr>
        <w:t>_________________</w:t>
      </w:r>
    </w:p>
    <w:p w:rsidR="00192453" w:rsidRDefault="006B33AD">
      <w:pPr>
        <w:jc w:val="right"/>
      </w:pPr>
      <w:r>
        <w:rPr>
          <w:sz w:val="18"/>
        </w:rPr>
        <w:t>մասնագիտությամբ</w:t>
      </w:r>
    </w:p>
    <w:p w:rsidR="00192453" w:rsidRDefault="006B33AD">
      <w:r>
        <w:rPr>
          <w:sz w:val="21"/>
        </w:rPr>
        <w:t xml:space="preserve">2. Ավարտել եմ / Finished </w:t>
      </w:r>
      <w:r>
        <w:rPr>
          <w:color w:val="0000FF"/>
          <w:u w:val="single"/>
        </w:rPr>
        <w:t>____________________________________________________________________________</w:t>
      </w:r>
      <w:r>
        <w:rPr>
          <w:color w:val="0000FF"/>
          <w:u w:val="single"/>
        </w:rPr>
        <w:br/>
      </w:r>
      <w:r>
        <w:rPr>
          <w:i/>
          <w:sz w:val="18"/>
        </w:rPr>
        <w:t xml:space="preserve">                                    (հաստատության անվանումը / Name of the institution/)</w:t>
      </w:r>
    </w:p>
    <w:p w:rsidR="00192453" w:rsidRDefault="006B33AD">
      <w:r>
        <w:rPr>
          <w:color w:val="0000FF"/>
          <w:u w:val="single"/>
        </w:rPr>
        <w:t xml:space="preserve">_________________________________________ </w:t>
      </w:r>
      <w:r>
        <w:rPr>
          <w:sz w:val="21"/>
        </w:rPr>
        <w:t xml:space="preserve"> in </w:t>
      </w:r>
      <w:r>
        <w:rPr>
          <w:color w:val="0000FF"/>
          <w:u w:val="single"/>
        </w:rPr>
        <w:t xml:space="preserve"> ____________ </w:t>
      </w:r>
      <w:r>
        <w:rPr>
          <w:sz w:val="21"/>
        </w:rPr>
        <w:t xml:space="preserve"> թվականին / year</w:t>
      </w:r>
    </w:p>
    <w:p w:rsidR="00192453" w:rsidRDefault="006B33AD">
      <w:r>
        <w:rPr>
          <w:sz w:val="21"/>
        </w:rPr>
        <w:t>Եր</w:t>
      </w:r>
      <w:r>
        <w:rPr>
          <w:rFonts w:cs="Times New Roman"/>
          <w:sz w:val="21"/>
          <w:szCs w:val="21"/>
          <w:rtl/>
        </w:rPr>
        <w:t>ک</w:t>
      </w:r>
      <w:r>
        <w:rPr>
          <w:sz w:val="21"/>
        </w:rPr>
        <w:t xml:space="preserve">իրը / Country / </w:t>
      </w:r>
      <w:r>
        <w:rPr>
          <w:color w:val="0000FF"/>
          <w:u w:val="single"/>
        </w:rPr>
        <w:t xml:space="preserve"> _______________________ </w:t>
      </w:r>
      <w:r>
        <w:rPr>
          <w:sz w:val="21"/>
        </w:rPr>
        <w:t xml:space="preserve"> Specialization </w:t>
      </w:r>
      <w:r>
        <w:rPr>
          <w:color w:val="0000FF"/>
          <w:u w:val="single"/>
        </w:rPr>
        <w:t xml:space="preserve"> _______________________</w:t>
      </w:r>
    </w:p>
    <w:p w:rsidR="00192453" w:rsidRDefault="006B33AD">
      <w:pPr>
        <w:jc w:val="right"/>
      </w:pPr>
      <w:r>
        <w:rPr>
          <w:sz w:val="18"/>
        </w:rPr>
        <w:t>մասնագիտությամբ</w:t>
      </w:r>
    </w:p>
    <w:p w:rsidR="00192453" w:rsidRDefault="006B33AD">
      <w:pPr>
        <w:spacing w:before="240"/>
      </w:pPr>
      <w:r>
        <w:rPr>
          <w:b/>
          <w:sz w:val="21"/>
        </w:rPr>
        <w:t>13. Հայոց լեզվի իմացությունը / Proficiency in Armenian:</w:t>
      </w:r>
      <w:r>
        <w:rPr>
          <w:b/>
          <w:sz w:val="21"/>
        </w:rPr>
        <w:br/>
      </w:r>
      <w:r>
        <w:rPr>
          <w:sz w:val="21"/>
        </w:rPr>
        <w:t xml:space="preserve">  [  ] գերազանց / excellent                     [  ] լավ / good</w:t>
      </w:r>
      <w:r>
        <w:rPr>
          <w:sz w:val="21"/>
        </w:rPr>
        <w:br/>
        <w:t xml:space="preserve">  [  ] բավարար / fair                            [  ] չեմ տիրապետում / none</w:t>
      </w:r>
    </w:p>
    <w:p w:rsidR="00192453" w:rsidRDefault="006B33AD">
      <w:pPr>
        <w:spacing w:before="120" w:after="120" w:line="300" w:lineRule="auto"/>
      </w:pPr>
      <w:proofErr w:type="spellStart"/>
      <w:r>
        <w:rPr>
          <w:rFonts w:ascii="Arial" w:hAnsi="Arial"/>
          <w:sz w:val="21"/>
        </w:rPr>
        <w:t>Այլ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լեզուներ</w:t>
      </w:r>
      <w:proofErr w:type="spellEnd"/>
      <w:r w:rsidR="000B6AA2">
        <w:rPr>
          <w:rFonts w:ascii="Arial" w:hAnsi="Arial"/>
          <w:sz w:val="21"/>
        </w:rPr>
        <w:t xml:space="preserve"> / </w:t>
      </w:r>
      <w:proofErr w:type="gramStart"/>
      <w:r w:rsidR="000B6AA2">
        <w:rPr>
          <w:rFonts w:ascii="Arial" w:hAnsi="Arial"/>
          <w:sz w:val="21"/>
        </w:rPr>
        <w:t>Other</w:t>
      </w:r>
      <w:proofErr w:type="gramEnd"/>
      <w:r w:rsidR="000B6AA2">
        <w:rPr>
          <w:rFonts w:ascii="Arial" w:hAnsi="Arial"/>
          <w:sz w:val="21"/>
        </w:rPr>
        <w:t xml:space="preserve"> languages: </w:t>
      </w:r>
      <w:r w:rsidR="000B6AA2">
        <w:rPr>
          <w:color w:val="0000FF"/>
          <w:u w:val="single"/>
        </w:rPr>
        <w:t>________________________________________________________</w:t>
      </w:r>
      <w:r w:rsidR="004D48E0">
        <w:rPr>
          <w:color w:val="0000FF"/>
          <w:u w:val="single"/>
        </w:rPr>
        <w:t>_</w:t>
      </w:r>
      <w:r w:rsidR="000B6AA2">
        <w:rPr>
          <w:color w:val="0000FF"/>
          <w:u w:val="single"/>
        </w:rPr>
        <w:t>__________________________</w:t>
      </w:r>
    </w:p>
    <w:p w:rsidR="00192453" w:rsidRDefault="006B33AD">
      <w:pPr>
        <w:spacing w:before="240"/>
      </w:pPr>
      <w:r>
        <w:rPr>
          <w:b/>
          <w:sz w:val="21"/>
        </w:rPr>
        <w:t>14. Դիմում եմ կրթական աստիճանի / Apply for:</w:t>
      </w:r>
      <w:r>
        <w:rPr>
          <w:b/>
          <w:sz w:val="21"/>
        </w:rPr>
        <w:br/>
      </w:r>
      <w:r>
        <w:rPr>
          <w:sz w:val="21"/>
        </w:rPr>
        <w:t xml:space="preserve">  [  ] բակալավրի / Bachelor's degree</w:t>
      </w:r>
      <w:r>
        <w:rPr>
          <w:sz w:val="21"/>
        </w:rPr>
        <w:br/>
        <w:t xml:space="preserve">  [  ] մագիստրոսի / Master's degree</w:t>
      </w:r>
      <w:r>
        <w:rPr>
          <w:sz w:val="21"/>
        </w:rPr>
        <w:br/>
        <w:t xml:space="preserve">  [  ] ասպիրանտի / Post-graduate degree</w:t>
      </w:r>
    </w:p>
    <w:p w:rsidR="00192453" w:rsidRDefault="006B33AD" w:rsidP="00066765">
      <w:pPr>
        <w:spacing w:before="120" w:after="120" w:line="300" w:lineRule="auto"/>
      </w:pPr>
      <w:proofErr w:type="spellStart"/>
      <w:r>
        <w:rPr>
          <w:rFonts w:ascii="Arial" w:hAnsi="Arial"/>
          <w:sz w:val="21"/>
        </w:rPr>
        <w:t>Ընտրած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ուսումնական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հաստատությունը</w:t>
      </w:r>
      <w:proofErr w:type="spellEnd"/>
      <w:r>
        <w:rPr>
          <w:rFonts w:ascii="Arial" w:hAnsi="Arial"/>
          <w:sz w:val="21"/>
        </w:rPr>
        <w:t xml:space="preserve"> / Educational institution chosen:</w:t>
      </w:r>
      <w:r w:rsidR="00066765" w:rsidRPr="00066765">
        <w:rPr>
          <w:color w:val="0000FF"/>
          <w:u w:val="single"/>
        </w:rPr>
        <w:t xml:space="preserve"> </w:t>
      </w:r>
      <w:r w:rsidR="00066765">
        <w:rPr>
          <w:color w:val="0000FF"/>
          <w:u w:val="single"/>
        </w:rPr>
        <w:t>________________________________</w:t>
      </w:r>
    </w:p>
    <w:p w:rsidR="00192453" w:rsidRDefault="006B33AD">
      <w:r>
        <w:rPr>
          <w:color w:val="0000FF"/>
          <w:u w:val="single"/>
        </w:rPr>
        <w:t>________________________________</w:t>
      </w:r>
      <w:r w:rsidR="004E01B7">
        <w:rPr>
          <w:color w:val="0000FF"/>
          <w:u w:val="single"/>
        </w:rPr>
        <w:t>________________________</w:t>
      </w:r>
      <w:r>
        <w:rPr>
          <w:color w:val="0000FF"/>
          <w:u w:val="single"/>
        </w:rPr>
        <w:t>____________________</w:t>
      </w:r>
      <w:proofErr w:type="gramStart"/>
      <w:r>
        <w:rPr>
          <w:color w:val="0000FF"/>
          <w:u w:val="single"/>
        </w:rPr>
        <w:t xml:space="preserve">_ </w:t>
      </w:r>
      <w:r>
        <w:rPr>
          <w:sz w:val="21"/>
        </w:rPr>
        <w:t xml:space="preserve"> </w:t>
      </w:r>
      <w:proofErr w:type="spellStart"/>
      <w:r>
        <w:rPr>
          <w:sz w:val="21"/>
        </w:rPr>
        <w:t>մասնագիտությամբ</w:t>
      </w:r>
      <w:proofErr w:type="spellEnd"/>
      <w:proofErr w:type="gramEnd"/>
      <w:r>
        <w:rPr>
          <w:sz w:val="21"/>
        </w:rPr>
        <w:t xml:space="preserve"> / specialization</w:t>
      </w:r>
    </w:p>
    <w:p w:rsidR="00192453" w:rsidRDefault="006B33AD">
      <w:pPr>
        <w:spacing w:before="240"/>
      </w:pPr>
      <w:r>
        <w:rPr>
          <w:sz w:val="21"/>
        </w:rPr>
        <w:t>15. Հասարակական, մշակութային և մասնագիտական ընկերակցությունների անվանումը, որոնց անդամակցում եք. / Your membership in non-governmental cultural and professional organizations/associations:</w:t>
      </w:r>
      <w:r w:rsidR="00403B2B">
        <w:rPr>
          <w:sz w:val="21"/>
        </w:rPr>
        <w:t xml:space="preserve"> </w:t>
      </w:r>
      <w:r w:rsidR="00403B2B" w:rsidRPr="00403B2B">
        <w:rPr>
          <w:color w:val="0000FF"/>
          <w:u w:val="single"/>
        </w:rPr>
        <w:t xml:space="preserve"> </w:t>
      </w:r>
      <w:r w:rsidR="00403B2B">
        <w:rPr>
          <w:color w:val="0000FF"/>
          <w:u w:val="single"/>
        </w:rPr>
        <w:t>_______________________________________________________________________________________</w:t>
      </w:r>
      <w:r>
        <w:rPr>
          <w:sz w:val="21"/>
        </w:rPr>
        <w:br/>
      </w:r>
      <w:r w:rsidR="00403B2B">
        <w:rPr>
          <w:color w:val="0000FF"/>
          <w:u w:val="single"/>
        </w:rPr>
        <w:t>_____________________________</w:t>
      </w:r>
      <w:r>
        <w:rPr>
          <w:color w:val="0000FF"/>
          <w:u w:val="single"/>
        </w:rPr>
        <w:t>__________________________________________________________________________________________</w:t>
      </w:r>
    </w:p>
    <w:p w:rsidR="00192453" w:rsidRDefault="006B33AD">
      <w:pPr>
        <w:spacing w:before="240"/>
      </w:pPr>
      <w:r>
        <w:rPr>
          <w:sz w:val="21"/>
        </w:rPr>
        <w:t xml:space="preserve">16. </w:t>
      </w:r>
      <w:proofErr w:type="spellStart"/>
      <w:r>
        <w:rPr>
          <w:sz w:val="21"/>
        </w:rPr>
        <w:t>Կցել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հրատարակված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գիտական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աշխատությունների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ցանկը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եթե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այդպիսիք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կան</w:t>
      </w:r>
      <w:proofErr w:type="spellEnd"/>
      <w:r>
        <w:rPr>
          <w:sz w:val="21"/>
        </w:rPr>
        <w:t xml:space="preserve"> / List of scientific publications if any:</w:t>
      </w:r>
      <w:r w:rsidR="007F7E62">
        <w:rPr>
          <w:sz w:val="21"/>
        </w:rPr>
        <w:t xml:space="preserve"> </w:t>
      </w:r>
      <w:r w:rsidR="007F7E62">
        <w:rPr>
          <w:color w:val="0000FF"/>
          <w:u w:val="single"/>
        </w:rPr>
        <w:t>__________________________________________________________________________________________________</w:t>
      </w:r>
      <w:r>
        <w:rPr>
          <w:sz w:val="21"/>
        </w:rPr>
        <w:br/>
      </w:r>
      <w:r>
        <w:rPr>
          <w:color w:val="0000FF"/>
          <w:u w:val="single"/>
        </w:rPr>
        <w:t>_______________________</w:t>
      </w:r>
      <w:r w:rsidR="007F7E62">
        <w:rPr>
          <w:color w:val="0000FF"/>
          <w:u w:val="single"/>
        </w:rPr>
        <w:t>_____________________________</w:t>
      </w:r>
      <w:r>
        <w:rPr>
          <w:color w:val="0000FF"/>
          <w:u w:val="single"/>
        </w:rPr>
        <w:t>___________________________________________________________________</w:t>
      </w:r>
    </w:p>
    <w:p w:rsidR="00192453" w:rsidRDefault="006B33AD">
      <w:r>
        <w:br w:type="page"/>
      </w:r>
    </w:p>
    <w:p w:rsidR="00192453" w:rsidRDefault="006B33AD">
      <w:pPr>
        <w:spacing w:before="240"/>
      </w:pPr>
      <w:r>
        <w:rPr>
          <w:b/>
          <w:sz w:val="21"/>
        </w:rPr>
        <w:lastRenderedPageBreak/>
        <w:t>17. ՀՀ-ում բնակության վայրը</w:t>
      </w:r>
      <w:r>
        <w:rPr>
          <w:b/>
          <w:sz w:val="21"/>
        </w:rPr>
        <w:br/>
      </w:r>
      <w:r>
        <w:rPr>
          <w:sz w:val="21"/>
        </w:rPr>
        <w:t xml:space="preserve">Resident address in RA: </w:t>
      </w:r>
      <w:r>
        <w:rPr>
          <w:color w:val="0000FF"/>
          <w:u w:val="single"/>
        </w:rPr>
        <w:t>_________________________________________________________________</w:t>
      </w:r>
      <w:r w:rsidR="00410BD3">
        <w:rPr>
          <w:color w:val="0000FF"/>
          <w:u w:val="single"/>
        </w:rPr>
        <w:t>___________________________</w:t>
      </w:r>
    </w:p>
    <w:p w:rsidR="00192453" w:rsidRDefault="006B33AD">
      <w:proofErr w:type="spellStart"/>
      <w:r>
        <w:rPr>
          <w:sz w:val="21"/>
        </w:rPr>
        <w:t>Քաղաք</w:t>
      </w:r>
      <w:proofErr w:type="spellEnd"/>
      <w:r>
        <w:rPr>
          <w:sz w:val="21"/>
        </w:rPr>
        <w:t xml:space="preserve"> / </w:t>
      </w:r>
      <w:proofErr w:type="gramStart"/>
      <w:r>
        <w:rPr>
          <w:sz w:val="21"/>
        </w:rPr>
        <w:t xml:space="preserve">City </w:t>
      </w:r>
      <w:r>
        <w:rPr>
          <w:color w:val="0000FF"/>
          <w:u w:val="single"/>
        </w:rPr>
        <w:t xml:space="preserve"> _</w:t>
      </w:r>
      <w:proofErr w:type="gramEnd"/>
      <w:r>
        <w:rPr>
          <w:color w:val="0000FF"/>
          <w:u w:val="single"/>
        </w:rPr>
        <w:t>_______</w:t>
      </w:r>
      <w:r w:rsidR="00410BD3">
        <w:rPr>
          <w:color w:val="0000FF"/>
          <w:u w:val="single"/>
        </w:rPr>
        <w:t>_</w:t>
      </w:r>
      <w:r>
        <w:rPr>
          <w:color w:val="0000FF"/>
          <w:u w:val="single"/>
        </w:rPr>
        <w:t xml:space="preserve">_______ </w:t>
      </w:r>
      <w:r>
        <w:rPr>
          <w:sz w:val="21"/>
        </w:rPr>
        <w:t xml:space="preserve"> </w:t>
      </w:r>
      <w:proofErr w:type="spellStart"/>
      <w:r>
        <w:rPr>
          <w:sz w:val="21"/>
        </w:rPr>
        <w:t>Տան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հեռ</w:t>
      </w:r>
      <w:proofErr w:type="spellEnd"/>
      <w:r>
        <w:rPr>
          <w:sz w:val="21"/>
        </w:rPr>
        <w:t xml:space="preserve">. / Home </w:t>
      </w:r>
      <w:proofErr w:type="gramStart"/>
      <w:r>
        <w:rPr>
          <w:sz w:val="21"/>
        </w:rPr>
        <w:t xml:space="preserve">phone </w:t>
      </w:r>
      <w:r>
        <w:rPr>
          <w:color w:val="0000FF"/>
          <w:u w:val="single"/>
        </w:rPr>
        <w:t xml:space="preserve"> _</w:t>
      </w:r>
      <w:proofErr w:type="gramEnd"/>
      <w:r>
        <w:rPr>
          <w:color w:val="0000FF"/>
          <w:u w:val="single"/>
        </w:rPr>
        <w:t>___</w:t>
      </w:r>
      <w:r w:rsidR="00410BD3">
        <w:rPr>
          <w:color w:val="0000FF"/>
          <w:u w:val="single"/>
        </w:rPr>
        <w:t>___</w:t>
      </w:r>
      <w:r>
        <w:rPr>
          <w:color w:val="0000FF"/>
          <w:u w:val="single"/>
        </w:rPr>
        <w:t xml:space="preserve">___________ </w:t>
      </w:r>
      <w:r>
        <w:rPr>
          <w:sz w:val="21"/>
        </w:rPr>
        <w:t xml:space="preserve"> </w:t>
      </w:r>
      <w:proofErr w:type="spellStart"/>
      <w:r>
        <w:rPr>
          <w:sz w:val="21"/>
        </w:rPr>
        <w:t>Բջջային</w:t>
      </w:r>
      <w:proofErr w:type="spellEnd"/>
      <w:r>
        <w:rPr>
          <w:sz w:val="21"/>
        </w:rPr>
        <w:t xml:space="preserve"> / Mobile </w:t>
      </w:r>
      <w:r>
        <w:rPr>
          <w:color w:val="0000FF"/>
          <w:u w:val="single"/>
        </w:rPr>
        <w:t xml:space="preserve"> _______________</w:t>
      </w:r>
      <w:r w:rsidR="00410BD3">
        <w:rPr>
          <w:color w:val="0000FF"/>
          <w:u w:val="single"/>
        </w:rPr>
        <w:t>__</w:t>
      </w:r>
    </w:p>
    <w:p w:rsidR="00192453" w:rsidRDefault="006B33AD">
      <w:pPr>
        <w:spacing w:before="240"/>
      </w:pPr>
      <w:r>
        <w:rPr>
          <w:b/>
          <w:sz w:val="21"/>
        </w:rPr>
        <w:t>18. Ընտանիքի անդամների մասին տվյալները / Family members.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7"/>
        <w:gridCol w:w="2437"/>
        <w:gridCol w:w="2437"/>
        <w:gridCol w:w="2437"/>
      </w:tblGrid>
      <w:tr w:rsidR="00192453">
        <w:trPr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53" w:rsidRDefault="00192453">
            <w:pPr>
              <w:jc w:val="center"/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53" w:rsidRDefault="006B33AD">
            <w:pPr>
              <w:jc w:val="center"/>
            </w:pPr>
            <w:r>
              <w:rPr>
                <w:rFonts w:ascii="Arial" w:hAnsi="Arial"/>
                <w:sz w:val="19"/>
              </w:rPr>
              <w:t>անունը / name, ազգանունը / surname</w:t>
            </w:r>
            <w:r>
              <w:rPr>
                <w:rFonts w:ascii="Arial" w:hAnsi="Arial"/>
                <w:sz w:val="19"/>
              </w:rPr>
              <w:br/>
              <w:t>ծննդյան թիվը / date of birth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53" w:rsidRDefault="006B33AD">
            <w:pPr>
              <w:jc w:val="center"/>
            </w:pPr>
            <w:r>
              <w:rPr>
                <w:rFonts w:ascii="Arial" w:hAnsi="Arial"/>
                <w:sz w:val="19"/>
              </w:rPr>
              <w:t>Աշխատանքի վայրը</w:t>
            </w:r>
            <w:r>
              <w:rPr>
                <w:rFonts w:ascii="Arial" w:hAnsi="Arial"/>
                <w:sz w:val="19"/>
              </w:rPr>
              <w:br/>
              <w:t>Work place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53" w:rsidRDefault="006B33AD">
            <w:pPr>
              <w:jc w:val="center"/>
            </w:pPr>
            <w:r>
              <w:rPr>
                <w:rFonts w:ascii="Arial" w:hAnsi="Arial"/>
                <w:sz w:val="19"/>
              </w:rPr>
              <w:t>Պաշտոնը / մասնագիտությունը</w:t>
            </w:r>
            <w:r>
              <w:rPr>
                <w:rFonts w:ascii="Arial" w:hAnsi="Arial"/>
                <w:sz w:val="19"/>
              </w:rPr>
              <w:br/>
              <w:t>Position / occupation</w:t>
            </w:r>
          </w:p>
        </w:tc>
      </w:tr>
      <w:tr w:rsidR="00192453">
        <w:trPr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53" w:rsidRDefault="006B33AD">
            <w:r>
              <w:rPr>
                <w:rFonts w:ascii="Arial" w:hAnsi="Arial"/>
                <w:b/>
                <w:sz w:val="19"/>
              </w:rPr>
              <w:t>18.1 Հայրը / Father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53" w:rsidRDefault="00192453">
            <w:pPr>
              <w:jc w:val="center"/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53" w:rsidRDefault="00192453">
            <w:pPr>
              <w:jc w:val="center"/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53" w:rsidRDefault="00192453">
            <w:pPr>
              <w:jc w:val="center"/>
            </w:pPr>
          </w:p>
        </w:tc>
      </w:tr>
      <w:tr w:rsidR="00192453">
        <w:trPr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53" w:rsidRDefault="006B33AD">
            <w:r>
              <w:rPr>
                <w:rFonts w:ascii="Arial" w:hAnsi="Arial"/>
                <w:b/>
                <w:sz w:val="19"/>
              </w:rPr>
              <w:t>18.2 Մայրը / Mother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53" w:rsidRDefault="00192453">
            <w:pPr>
              <w:jc w:val="center"/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53" w:rsidRDefault="00192453">
            <w:pPr>
              <w:jc w:val="center"/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53" w:rsidRDefault="00192453">
            <w:pPr>
              <w:jc w:val="center"/>
            </w:pPr>
          </w:p>
        </w:tc>
      </w:tr>
      <w:tr w:rsidR="00192453">
        <w:trPr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53" w:rsidRDefault="006B33AD">
            <w:r>
              <w:rPr>
                <w:rFonts w:ascii="Arial" w:hAnsi="Arial"/>
                <w:b/>
                <w:sz w:val="19"/>
              </w:rPr>
              <w:t>18.3 Եղբայր / Քույր</w:t>
            </w:r>
            <w:r>
              <w:rPr>
                <w:rFonts w:ascii="Arial" w:hAnsi="Arial"/>
                <w:b/>
                <w:sz w:val="19"/>
              </w:rPr>
              <w:br/>
              <w:t>Brother, sister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53" w:rsidRDefault="00192453">
            <w:pPr>
              <w:jc w:val="center"/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53" w:rsidRDefault="00192453">
            <w:pPr>
              <w:jc w:val="center"/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53" w:rsidRDefault="00192453">
            <w:pPr>
              <w:jc w:val="center"/>
            </w:pPr>
          </w:p>
        </w:tc>
      </w:tr>
      <w:tr w:rsidR="00192453">
        <w:trPr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53" w:rsidRDefault="00192453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53" w:rsidRDefault="00192453">
            <w:pPr>
              <w:jc w:val="center"/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53" w:rsidRDefault="00192453">
            <w:pPr>
              <w:jc w:val="center"/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53" w:rsidRDefault="00192453">
            <w:pPr>
              <w:jc w:val="center"/>
            </w:pPr>
          </w:p>
        </w:tc>
      </w:tr>
      <w:tr w:rsidR="00192453">
        <w:trPr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53" w:rsidRDefault="00192453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53" w:rsidRDefault="00192453">
            <w:pPr>
              <w:jc w:val="center"/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53" w:rsidRDefault="00192453">
            <w:pPr>
              <w:jc w:val="center"/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53" w:rsidRDefault="00192453">
            <w:pPr>
              <w:jc w:val="center"/>
            </w:pPr>
          </w:p>
        </w:tc>
      </w:tr>
    </w:tbl>
    <w:p w:rsidR="00192453" w:rsidRDefault="006B33AD">
      <w:pPr>
        <w:spacing w:before="720"/>
      </w:pPr>
      <w:r>
        <w:rPr>
          <w:sz w:val="21"/>
        </w:rPr>
        <w:t>Ստորագրություն / Signature _______________________             « ______ » ________________________ 20 ____ թ.</w:t>
      </w:r>
    </w:p>
    <w:p w:rsidR="00192453" w:rsidRDefault="006B33AD">
      <w:pPr>
        <w:spacing w:before="480"/>
        <w:jc w:val="center"/>
        <w:rPr>
          <w:i/>
          <w:sz w:val="20"/>
          <w:rtl/>
        </w:rPr>
      </w:pPr>
      <w:r>
        <w:rPr>
          <w:i/>
          <w:sz w:val="20"/>
        </w:rPr>
        <w:t>Վերոհիշյալ հարցերի պատասխանները լրացնել ընթեռնելի ձեռագրով: / Type or print legibly.</w:t>
      </w:r>
    </w:p>
    <w:p w:rsidR="006D32B1" w:rsidRDefault="006D32B1" w:rsidP="006D32B1">
      <w:pPr>
        <w:spacing w:before="480"/>
        <w:rPr>
          <w:i/>
          <w:sz w:val="20"/>
          <w:rtl/>
        </w:rPr>
      </w:pPr>
    </w:p>
    <w:p w:rsidR="006D32B1" w:rsidRDefault="006D32B1" w:rsidP="006D32B1">
      <w:pPr>
        <w:spacing w:before="480"/>
        <w:rPr>
          <w:i/>
          <w:sz w:val="20"/>
          <w:rtl/>
        </w:rPr>
      </w:pPr>
    </w:p>
    <w:p w:rsidR="006D32B1" w:rsidRDefault="006D32B1" w:rsidP="006D32B1">
      <w:pPr>
        <w:spacing w:before="480"/>
        <w:rPr>
          <w:i/>
          <w:sz w:val="20"/>
          <w:rtl/>
        </w:rPr>
      </w:pPr>
    </w:p>
    <w:p w:rsidR="006D32B1" w:rsidRDefault="006D32B1" w:rsidP="006D32B1">
      <w:pPr>
        <w:spacing w:before="480"/>
        <w:rPr>
          <w:i/>
          <w:sz w:val="20"/>
          <w:rtl/>
        </w:rPr>
      </w:pPr>
    </w:p>
    <w:p w:rsidR="006D32B1" w:rsidRDefault="006D32B1" w:rsidP="006D32B1">
      <w:pPr>
        <w:spacing w:before="480"/>
        <w:rPr>
          <w:i/>
          <w:sz w:val="20"/>
          <w:rtl/>
        </w:rPr>
      </w:pPr>
    </w:p>
    <w:p w:rsidR="006D32B1" w:rsidRDefault="006D32B1" w:rsidP="006D32B1">
      <w:pPr>
        <w:spacing w:before="480"/>
        <w:rPr>
          <w:i/>
          <w:sz w:val="20"/>
          <w:rtl/>
        </w:rPr>
      </w:pPr>
    </w:p>
    <w:p w:rsidR="006D32B1" w:rsidRDefault="006D32B1" w:rsidP="006D32B1">
      <w:pPr>
        <w:spacing w:before="480"/>
        <w:rPr>
          <w:i/>
          <w:sz w:val="20"/>
          <w:rtl/>
        </w:rPr>
      </w:pPr>
    </w:p>
    <w:p w:rsidR="006D32B1" w:rsidRDefault="006D32B1" w:rsidP="006D32B1">
      <w:pPr>
        <w:spacing w:before="480"/>
        <w:rPr>
          <w:i/>
          <w:sz w:val="20"/>
          <w:rtl/>
        </w:rPr>
      </w:pPr>
    </w:p>
    <w:p w:rsidR="006D32B1" w:rsidRDefault="006D32B1" w:rsidP="006D32B1">
      <w:pPr>
        <w:spacing w:before="480"/>
        <w:rPr>
          <w:i/>
          <w:sz w:val="20"/>
          <w:rtl/>
        </w:rPr>
      </w:pPr>
    </w:p>
    <w:p w:rsidR="006D32B1" w:rsidRDefault="006D32B1" w:rsidP="006D32B1">
      <w:pPr>
        <w:spacing w:after="240"/>
        <w:jc w:val="right"/>
      </w:pPr>
      <w:r>
        <w:rPr>
          <w:b/>
          <w:sz w:val="20"/>
        </w:rPr>
        <w:lastRenderedPageBreak/>
        <w:t>ՀՀ ԿՐԹՈՒԹՅԱՆ, ԳԻՏՈՒԹՅԱՆ</w:t>
      </w:r>
      <w:proofErr w:type="gramStart"/>
      <w:r>
        <w:rPr>
          <w:b/>
          <w:sz w:val="20"/>
        </w:rPr>
        <w:t>,</w:t>
      </w:r>
      <w:proofErr w:type="gramEnd"/>
      <w:r>
        <w:rPr>
          <w:b/>
          <w:sz w:val="20"/>
        </w:rPr>
        <w:br/>
        <w:t>ՄՇԱԿՈՒՅԹԻ ԵՎ ՍՊՈՐՏԻ ՆԱԽԱՐԱՐ</w:t>
      </w:r>
      <w:r>
        <w:rPr>
          <w:b/>
          <w:sz w:val="20"/>
        </w:rPr>
        <w:br/>
        <w:t>ԺԱՆՆԱ ԱՆԴՐԵԱՍՅԱՆԻՆ</w:t>
      </w:r>
      <w:r>
        <w:rPr>
          <w:b/>
          <w:sz w:val="20"/>
        </w:rPr>
        <w:br/>
        <w:t>TO THE MINISTER OF EDUCATION, SCIENCE,</w:t>
      </w:r>
      <w:r>
        <w:rPr>
          <w:b/>
          <w:sz w:val="20"/>
        </w:rPr>
        <w:br/>
        <w:t>CULTURE AND SPORT OF RA</w:t>
      </w:r>
      <w:r>
        <w:rPr>
          <w:b/>
          <w:sz w:val="20"/>
        </w:rPr>
        <w:br/>
        <w:t>ZHANNA ANDREASYAN</w:t>
      </w:r>
    </w:p>
    <w:p w:rsidR="006D32B1" w:rsidRDefault="006D32B1" w:rsidP="006D32B1">
      <w:pPr>
        <w:spacing w:after="480" w:line="312" w:lineRule="auto"/>
        <w:jc w:val="right"/>
      </w:pPr>
      <w:r>
        <w:t>_____________________________________________________</w:t>
      </w:r>
      <w:r>
        <w:br/>
      </w:r>
      <w:r>
        <w:rPr>
          <w:sz w:val="18"/>
        </w:rPr>
        <w:t xml:space="preserve"> (</w:t>
      </w:r>
      <w:proofErr w:type="spellStart"/>
      <w:proofErr w:type="gramStart"/>
      <w:r>
        <w:rPr>
          <w:sz w:val="18"/>
        </w:rPr>
        <w:t>Երկիր</w:t>
      </w:r>
      <w:proofErr w:type="spellEnd"/>
      <w:r>
        <w:rPr>
          <w:sz w:val="18"/>
        </w:rPr>
        <w:t xml:space="preserve"> )(</w:t>
      </w:r>
      <w:proofErr w:type="gramEnd"/>
      <w:r>
        <w:rPr>
          <w:sz w:val="18"/>
        </w:rPr>
        <w:t>Country) (</w:t>
      </w:r>
      <w:proofErr w:type="spellStart"/>
      <w:r>
        <w:rPr>
          <w:sz w:val="18"/>
        </w:rPr>
        <w:t>ազգություն</w:t>
      </w:r>
      <w:proofErr w:type="spellEnd"/>
      <w:r>
        <w:rPr>
          <w:sz w:val="18"/>
        </w:rPr>
        <w:t>) (Nationality)</w:t>
      </w:r>
      <w:r>
        <w:rPr>
          <w:sz w:val="18"/>
        </w:rPr>
        <w:br/>
      </w:r>
      <w:r>
        <w:t xml:space="preserve">______________________________________________ </w:t>
      </w:r>
      <w:r>
        <w:rPr>
          <w:sz w:val="18"/>
        </w:rPr>
        <w:t>-</w:t>
      </w:r>
      <w:proofErr w:type="spellStart"/>
      <w:r>
        <w:rPr>
          <w:sz w:val="18"/>
        </w:rPr>
        <w:t>ից</w:t>
      </w:r>
      <w:proofErr w:type="spellEnd"/>
      <w:r>
        <w:rPr>
          <w:sz w:val="18"/>
        </w:rPr>
        <w:t xml:space="preserve"> (from)</w:t>
      </w:r>
      <w:r>
        <w:rPr>
          <w:sz w:val="18"/>
        </w:rPr>
        <w:br/>
        <w:t>(</w:t>
      </w:r>
      <w:proofErr w:type="spellStart"/>
      <w:r>
        <w:rPr>
          <w:sz w:val="18"/>
        </w:rPr>
        <w:t>անուն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ազգանուն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հայրանուն</w:t>
      </w:r>
      <w:proofErr w:type="spellEnd"/>
      <w:r>
        <w:rPr>
          <w:sz w:val="18"/>
        </w:rPr>
        <w:t>)</w:t>
      </w:r>
      <w:r>
        <w:rPr>
          <w:sz w:val="18"/>
        </w:rPr>
        <w:br/>
        <w:t>(Name, Surname, Father's name)</w:t>
      </w:r>
      <w:r>
        <w:rPr>
          <w:sz w:val="18"/>
        </w:rPr>
        <w:br/>
      </w:r>
      <w:r>
        <w:t>_____________________________________________________</w:t>
      </w:r>
      <w:r>
        <w:br/>
      </w:r>
      <w:proofErr w:type="spellStart"/>
      <w:r>
        <w:rPr>
          <w:sz w:val="18"/>
        </w:rPr>
        <w:t>հասցե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հեռախոս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Հայաստանի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Հանրապետությունում</w:t>
      </w:r>
      <w:proofErr w:type="spellEnd"/>
      <w:r>
        <w:rPr>
          <w:sz w:val="18"/>
        </w:rPr>
        <w:t>)</w:t>
      </w:r>
      <w:r>
        <w:rPr>
          <w:sz w:val="18"/>
        </w:rPr>
        <w:br/>
        <w:t>Address, Phone (in the Republic of Armenia)</w:t>
      </w:r>
      <w:r>
        <w:rPr>
          <w:rFonts w:hint="cs"/>
          <w:sz w:val="18"/>
          <w:rtl/>
        </w:rPr>
        <w:br/>
      </w:r>
      <w:r>
        <w:t>_____________________________________________________</w:t>
      </w:r>
    </w:p>
    <w:p w:rsidR="006D32B1" w:rsidRDefault="006D32B1" w:rsidP="006D32B1">
      <w:pPr>
        <w:spacing w:before="480" w:after="480"/>
        <w:jc w:val="center"/>
      </w:pPr>
      <w:r>
        <w:rPr>
          <w:b/>
          <w:sz w:val="28"/>
        </w:rPr>
        <w:t>Դ Ի Մ Ո Ւ Մ</w:t>
      </w:r>
      <w:r>
        <w:rPr>
          <w:b/>
          <w:sz w:val="28"/>
        </w:rPr>
        <w:br/>
      </w:r>
      <w:r>
        <w:rPr>
          <w:b/>
          <w:sz w:val="26"/>
        </w:rPr>
        <w:t xml:space="preserve">A P </w:t>
      </w:r>
      <w:proofErr w:type="spellStart"/>
      <w:r>
        <w:rPr>
          <w:b/>
          <w:sz w:val="26"/>
        </w:rPr>
        <w:t>P</w:t>
      </w:r>
      <w:proofErr w:type="spellEnd"/>
      <w:r>
        <w:rPr>
          <w:b/>
          <w:sz w:val="26"/>
        </w:rPr>
        <w:t xml:space="preserve"> L I C A T I O N</w:t>
      </w:r>
    </w:p>
    <w:p w:rsidR="006D32B1" w:rsidRDefault="006D32B1" w:rsidP="006D32B1">
      <w:pPr>
        <w:spacing w:after="360"/>
      </w:pPr>
      <w:proofErr w:type="spellStart"/>
      <w:r>
        <w:t>Ձեզ</w:t>
      </w:r>
      <w:proofErr w:type="spellEnd"/>
      <w:r>
        <w:t xml:space="preserve"> </w:t>
      </w:r>
      <w:proofErr w:type="spellStart"/>
      <w:r>
        <w:t>եմ</w:t>
      </w:r>
      <w:proofErr w:type="spellEnd"/>
      <w:r>
        <w:t xml:space="preserve"> </w:t>
      </w:r>
      <w:proofErr w:type="spellStart"/>
      <w:r>
        <w:t>ներկայացնում</w:t>
      </w:r>
      <w:proofErr w:type="spellEnd"/>
      <w:r>
        <w:t xml:space="preserve"> </w:t>
      </w:r>
      <w:proofErr w:type="spellStart"/>
      <w:r>
        <w:t>պահանջվող</w:t>
      </w:r>
      <w:proofErr w:type="spellEnd"/>
      <w:r>
        <w:t xml:space="preserve"> </w:t>
      </w:r>
      <w:proofErr w:type="spellStart"/>
      <w:r>
        <w:t>փաստաթղթերի</w:t>
      </w:r>
      <w:proofErr w:type="spellEnd"/>
      <w:r>
        <w:t xml:space="preserve"> </w:t>
      </w:r>
      <w:proofErr w:type="spellStart"/>
      <w:r>
        <w:t>փաթեթը</w:t>
      </w:r>
      <w:proofErr w:type="spellEnd"/>
      <w:r>
        <w:t>՝</w:t>
      </w:r>
      <w:r>
        <w:br/>
      </w:r>
      <w:proofErr w:type="gramStart"/>
      <w:r>
        <w:t>The</w:t>
      </w:r>
      <w:proofErr w:type="gramEnd"/>
      <w:r>
        <w:t xml:space="preserve"> full package of the required documents</w:t>
      </w:r>
    </w:p>
    <w:p w:rsidR="006D32B1" w:rsidRDefault="006D32B1" w:rsidP="006D32B1">
      <w:pPr>
        <w:spacing w:before="240" w:after="80"/>
        <w:jc w:val="center"/>
      </w:pPr>
      <w:r>
        <w:t>_________________________________________________________________________</w:t>
      </w:r>
    </w:p>
    <w:p w:rsidR="006D32B1" w:rsidRDefault="006D32B1" w:rsidP="006D32B1">
      <w:pPr>
        <w:spacing w:after="240"/>
        <w:jc w:val="center"/>
      </w:pPr>
      <w:proofErr w:type="spellStart"/>
      <w:proofErr w:type="gramStart"/>
      <w:r>
        <w:rPr>
          <w:sz w:val="19"/>
        </w:rPr>
        <w:t>ուսումնական</w:t>
      </w:r>
      <w:proofErr w:type="spellEnd"/>
      <w:proofErr w:type="gramEnd"/>
      <w:r>
        <w:rPr>
          <w:sz w:val="19"/>
        </w:rPr>
        <w:t xml:space="preserve"> </w:t>
      </w:r>
      <w:proofErr w:type="spellStart"/>
      <w:r>
        <w:rPr>
          <w:sz w:val="19"/>
        </w:rPr>
        <w:t>հաստատության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անվանումը</w:t>
      </w:r>
      <w:proofErr w:type="spellEnd"/>
      <w:r>
        <w:rPr>
          <w:sz w:val="19"/>
        </w:rPr>
        <w:br/>
      </w:r>
      <w:r>
        <w:rPr>
          <w:sz w:val="18"/>
        </w:rPr>
        <w:t>Name of educational institution</w:t>
      </w:r>
    </w:p>
    <w:p w:rsidR="006D32B1" w:rsidRDefault="006D32B1" w:rsidP="006D32B1">
      <w:pPr>
        <w:spacing w:before="240" w:after="80"/>
        <w:jc w:val="center"/>
      </w:pPr>
      <w:r>
        <w:t>_________________________________________________________________________</w:t>
      </w:r>
    </w:p>
    <w:p w:rsidR="006D32B1" w:rsidRDefault="006D32B1" w:rsidP="006D32B1">
      <w:pPr>
        <w:spacing w:after="240"/>
        <w:jc w:val="center"/>
      </w:pPr>
      <w:proofErr w:type="spellStart"/>
      <w:proofErr w:type="gramStart"/>
      <w:r>
        <w:rPr>
          <w:sz w:val="19"/>
        </w:rPr>
        <w:t>ֆակուլտետի</w:t>
      </w:r>
      <w:proofErr w:type="spellEnd"/>
      <w:proofErr w:type="gramEnd"/>
      <w:r>
        <w:rPr>
          <w:sz w:val="19"/>
        </w:rPr>
        <w:t xml:space="preserve"> և </w:t>
      </w:r>
      <w:proofErr w:type="spellStart"/>
      <w:r>
        <w:rPr>
          <w:sz w:val="19"/>
        </w:rPr>
        <w:t>մասնագիտության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անվանումը</w:t>
      </w:r>
      <w:proofErr w:type="spellEnd"/>
      <w:r>
        <w:rPr>
          <w:sz w:val="19"/>
        </w:rPr>
        <w:br/>
      </w:r>
      <w:r>
        <w:rPr>
          <w:sz w:val="18"/>
        </w:rPr>
        <w:t>Name of the faculty and specialization</w:t>
      </w:r>
    </w:p>
    <w:p w:rsidR="006D32B1" w:rsidRDefault="006D32B1" w:rsidP="006D32B1">
      <w:pPr>
        <w:spacing w:before="240" w:after="80"/>
        <w:jc w:val="center"/>
      </w:pPr>
      <w:r>
        <w:t>_________________________________________________________________________</w:t>
      </w:r>
    </w:p>
    <w:p w:rsidR="006D32B1" w:rsidRDefault="006D32B1" w:rsidP="006D32B1">
      <w:pPr>
        <w:spacing w:after="240"/>
        <w:jc w:val="center"/>
      </w:pPr>
      <w:proofErr w:type="spellStart"/>
      <w:proofErr w:type="gramStart"/>
      <w:r>
        <w:rPr>
          <w:sz w:val="19"/>
        </w:rPr>
        <w:t>կրթական</w:t>
      </w:r>
      <w:proofErr w:type="spellEnd"/>
      <w:proofErr w:type="gramEnd"/>
      <w:r>
        <w:rPr>
          <w:sz w:val="19"/>
        </w:rPr>
        <w:t xml:space="preserve"> </w:t>
      </w:r>
      <w:proofErr w:type="spellStart"/>
      <w:r>
        <w:rPr>
          <w:sz w:val="19"/>
        </w:rPr>
        <w:t>ծրագիրը</w:t>
      </w:r>
      <w:proofErr w:type="spellEnd"/>
      <w:r>
        <w:rPr>
          <w:sz w:val="19"/>
        </w:rPr>
        <w:t xml:space="preserve"> (</w:t>
      </w:r>
      <w:proofErr w:type="spellStart"/>
      <w:r>
        <w:rPr>
          <w:sz w:val="19"/>
        </w:rPr>
        <w:t>նախապատրաստական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դասընթաց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բակալավրիատ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մագիստրատուրա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ասպիրանտուրա</w:t>
      </w:r>
      <w:proofErr w:type="spellEnd"/>
      <w:r>
        <w:rPr>
          <w:sz w:val="19"/>
        </w:rPr>
        <w:t>)</w:t>
      </w:r>
      <w:r>
        <w:rPr>
          <w:sz w:val="19"/>
        </w:rPr>
        <w:br/>
      </w:r>
      <w:r>
        <w:rPr>
          <w:sz w:val="18"/>
        </w:rPr>
        <w:t>Educational program (Preparatory course, Bachelor's, Master's, Post graduate)</w:t>
      </w:r>
    </w:p>
    <w:p w:rsidR="006D32B1" w:rsidRDefault="006D32B1" w:rsidP="006D32B1">
      <w:pPr>
        <w:spacing w:before="240" w:after="720"/>
      </w:pPr>
      <w:proofErr w:type="spellStart"/>
      <w:proofErr w:type="gramStart"/>
      <w:r>
        <w:t>սովորելու</w:t>
      </w:r>
      <w:proofErr w:type="spellEnd"/>
      <w:proofErr w:type="gramEnd"/>
      <w:r>
        <w:t xml:space="preserve"> </w:t>
      </w:r>
      <w:proofErr w:type="spellStart"/>
      <w:r>
        <w:t>նպատակով</w:t>
      </w:r>
      <w:proofErr w:type="spellEnd"/>
      <w:r>
        <w:t>:</w:t>
      </w:r>
      <w:r>
        <w:br/>
        <w:t>for the purpose of studying.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10"/>
        <w:gridCol w:w="3010"/>
        <w:gridCol w:w="3010"/>
      </w:tblGrid>
      <w:tr w:rsidR="006D32B1" w:rsidTr="006F5EF8">
        <w:tc>
          <w:tcPr>
            <w:tcW w:w="3010" w:type="dxa"/>
          </w:tcPr>
          <w:p w:rsidR="006D32B1" w:rsidRDefault="006D32B1" w:rsidP="006F5EF8">
            <w:proofErr w:type="spellStart"/>
            <w:r>
              <w:t>Դիմող</w:t>
            </w:r>
            <w:proofErr w:type="spellEnd"/>
            <w:r>
              <w:t xml:space="preserve"> (Applicant)՝</w:t>
            </w:r>
          </w:p>
        </w:tc>
        <w:tc>
          <w:tcPr>
            <w:tcW w:w="3010" w:type="dxa"/>
          </w:tcPr>
          <w:p w:rsidR="006D32B1" w:rsidRDefault="006D32B1" w:rsidP="006F5EF8">
            <w:pPr>
              <w:jc w:val="center"/>
            </w:pPr>
            <w:r>
              <w:t>_______________________</w:t>
            </w:r>
          </w:p>
        </w:tc>
        <w:tc>
          <w:tcPr>
            <w:tcW w:w="3010" w:type="dxa"/>
          </w:tcPr>
          <w:p w:rsidR="006D32B1" w:rsidRDefault="006D32B1" w:rsidP="006F5EF8">
            <w:pPr>
              <w:jc w:val="center"/>
            </w:pPr>
            <w:r>
              <w:t>_______________________</w:t>
            </w:r>
          </w:p>
        </w:tc>
      </w:tr>
      <w:tr w:rsidR="006D32B1" w:rsidTr="006F5EF8">
        <w:tc>
          <w:tcPr>
            <w:tcW w:w="3010" w:type="dxa"/>
          </w:tcPr>
          <w:p w:rsidR="006D32B1" w:rsidRDefault="006D32B1" w:rsidP="006F5EF8"/>
        </w:tc>
        <w:tc>
          <w:tcPr>
            <w:tcW w:w="3010" w:type="dxa"/>
          </w:tcPr>
          <w:p w:rsidR="006D32B1" w:rsidRDefault="006D32B1" w:rsidP="006F5EF8">
            <w:pPr>
              <w:jc w:val="center"/>
            </w:pPr>
            <w:proofErr w:type="spellStart"/>
            <w:r>
              <w:rPr>
                <w:sz w:val="19"/>
              </w:rPr>
              <w:t>անուն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ազգանուն</w:t>
            </w:r>
            <w:proofErr w:type="spellEnd"/>
            <w:r>
              <w:rPr>
                <w:sz w:val="19"/>
              </w:rPr>
              <w:br/>
            </w:r>
            <w:r>
              <w:rPr>
                <w:sz w:val="18"/>
              </w:rPr>
              <w:t>name, surname</w:t>
            </w:r>
          </w:p>
        </w:tc>
        <w:tc>
          <w:tcPr>
            <w:tcW w:w="3010" w:type="dxa"/>
          </w:tcPr>
          <w:p w:rsidR="006D32B1" w:rsidRDefault="006D32B1" w:rsidP="006F5EF8">
            <w:pPr>
              <w:jc w:val="center"/>
            </w:pPr>
            <w:proofErr w:type="spellStart"/>
            <w:r>
              <w:rPr>
                <w:sz w:val="19"/>
              </w:rPr>
              <w:t>ստորագրություն</w:t>
            </w:r>
            <w:proofErr w:type="spellEnd"/>
            <w:r>
              <w:rPr>
                <w:sz w:val="19"/>
              </w:rPr>
              <w:br/>
            </w:r>
            <w:r>
              <w:rPr>
                <w:sz w:val="18"/>
              </w:rPr>
              <w:t>signature</w:t>
            </w:r>
          </w:p>
        </w:tc>
      </w:tr>
    </w:tbl>
    <w:p w:rsidR="006D32B1" w:rsidRDefault="006D32B1" w:rsidP="0042162B">
      <w:pPr>
        <w:spacing w:before="720"/>
        <w:rPr>
          <w:lang w:bidi="fa-IR"/>
        </w:rPr>
      </w:pPr>
      <w:r>
        <w:t>_____</w:t>
      </w:r>
      <w:proofErr w:type="gramStart"/>
      <w:r>
        <w:t>_  _</w:t>
      </w:r>
      <w:proofErr w:type="gramEnd"/>
      <w:r>
        <w:t>_________________  2023թ.</w:t>
      </w:r>
      <w:r>
        <w:br/>
      </w:r>
      <w:proofErr w:type="spellStart"/>
      <w:proofErr w:type="gramStart"/>
      <w:r>
        <w:rPr>
          <w:sz w:val="18"/>
        </w:rPr>
        <w:t>օր</w:t>
      </w:r>
      <w:proofErr w:type="spellEnd"/>
      <w:r>
        <w:rPr>
          <w:sz w:val="18"/>
        </w:rPr>
        <w:t>/Day</w:t>
      </w:r>
      <w:proofErr w:type="gramEnd"/>
      <w:r>
        <w:rPr>
          <w:sz w:val="18"/>
        </w:rPr>
        <w:t xml:space="preserve">      </w:t>
      </w:r>
      <w:proofErr w:type="spellStart"/>
      <w:r>
        <w:rPr>
          <w:sz w:val="18"/>
        </w:rPr>
        <w:t>ամիս</w:t>
      </w:r>
      <w:proofErr w:type="spellEnd"/>
      <w:r>
        <w:rPr>
          <w:sz w:val="18"/>
        </w:rPr>
        <w:t>/Month</w:t>
      </w:r>
    </w:p>
    <w:sectPr w:rsidR="006D32B1" w:rsidSect="00034616">
      <w:pgSz w:w="11909" w:h="16834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6765"/>
    <w:rsid w:val="000B6AA2"/>
    <w:rsid w:val="00110C63"/>
    <w:rsid w:val="0015074B"/>
    <w:rsid w:val="00192453"/>
    <w:rsid w:val="0029639D"/>
    <w:rsid w:val="00326F90"/>
    <w:rsid w:val="003C08B0"/>
    <w:rsid w:val="00403B2B"/>
    <w:rsid w:val="00410BD3"/>
    <w:rsid w:val="0042162B"/>
    <w:rsid w:val="00447C2F"/>
    <w:rsid w:val="004D48E0"/>
    <w:rsid w:val="004E01B7"/>
    <w:rsid w:val="00591F8B"/>
    <w:rsid w:val="00666559"/>
    <w:rsid w:val="006B33AD"/>
    <w:rsid w:val="006D32B1"/>
    <w:rsid w:val="007F1914"/>
    <w:rsid w:val="007F7E62"/>
    <w:rsid w:val="00833F6B"/>
    <w:rsid w:val="00A41DDD"/>
    <w:rsid w:val="00AA1D8D"/>
    <w:rsid w:val="00B47730"/>
    <w:rsid w:val="00BD798E"/>
    <w:rsid w:val="00CB0664"/>
    <w:rsid w:val="00FC693F"/>
    <w:rsid w:val="00FD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964E52-49DB-493C-B625-439C7A13A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4603</TotalTime>
  <Pages>1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Farhad Sakhaei</cp:lastModifiedBy>
  <cp:revision>21</cp:revision>
  <cp:lastPrinted>2026-07-12T10:29:00Z</cp:lastPrinted>
  <dcterms:created xsi:type="dcterms:W3CDTF">2013-12-23T23:15:00Z</dcterms:created>
  <dcterms:modified xsi:type="dcterms:W3CDTF">2026-07-12T10:29:00Z</dcterms:modified>
</cp:coreProperties>
</file>