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D1" w:rsidRPr="00B974EA" w:rsidRDefault="006A120C">
      <w:pPr>
        <w:spacing w:after="400"/>
        <w:rPr>
          <w:sz w:val="20"/>
          <w:szCs w:val="20"/>
        </w:rPr>
      </w:pPr>
      <w:bookmarkStart w:id="0" w:name="_GoBack"/>
      <w:bookmarkEnd w:id="0"/>
      <w:r w:rsidRPr="00B974EA">
        <w:rPr>
          <w:b/>
          <w:sz w:val="24"/>
          <w:szCs w:val="20"/>
        </w:rPr>
        <w:t>CURRICULUM VITAE</w:t>
      </w:r>
    </w:p>
    <w:p w:rsidR="00322AD1" w:rsidRPr="004074F3" w:rsidRDefault="006A120C">
      <w:pPr>
        <w:keepNext/>
        <w:spacing w:before="280" w:after="80"/>
        <w:rPr>
          <w:sz w:val="20"/>
          <w:szCs w:val="20"/>
        </w:rPr>
      </w:pPr>
      <w:r w:rsidRPr="004074F3">
        <w:rPr>
          <w:b/>
          <w:color w:val="000000"/>
          <w:sz w:val="20"/>
          <w:szCs w:val="20"/>
        </w:rPr>
        <w:t>PERSONAL INFORMATION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912"/>
      </w:tblGrid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Name, last name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Address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Telephone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Fax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E-mail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Nationality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 w:rsidP="00991454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Date of birth (d</w:t>
            </w:r>
            <w:proofErr w:type="gramStart"/>
            <w:r w:rsidR="00B974EA">
              <w:rPr>
                <w:sz w:val="18"/>
                <w:szCs w:val="20"/>
              </w:rPr>
              <w:t>.</w:t>
            </w:r>
            <w:r w:rsidRPr="004074F3">
              <w:rPr>
                <w:sz w:val="18"/>
                <w:szCs w:val="20"/>
              </w:rPr>
              <w:t>/</w:t>
            </w:r>
            <w:proofErr w:type="gramEnd"/>
            <w:r w:rsidRPr="004074F3">
              <w:rPr>
                <w:sz w:val="18"/>
                <w:szCs w:val="20"/>
              </w:rPr>
              <w:t>m</w:t>
            </w:r>
            <w:r w:rsidR="00B974EA">
              <w:rPr>
                <w:sz w:val="18"/>
                <w:szCs w:val="20"/>
              </w:rPr>
              <w:t>.</w:t>
            </w:r>
            <w:r w:rsidRPr="004074F3">
              <w:rPr>
                <w:sz w:val="18"/>
                <w:szCs w:val="20"/>
              </w:rPr>
              <w:t>/y</w:t>
            </w:r>
            <w:r w:rsidR="00B974EA">
              <w:rPr>
                <w:sz w:val="18"/>
                <w:szCs w:val="20"/>
              </w:rPr>
              <w:t>.</w:t>
            </w:r>
            <w:r w:rsidRPr="004074F3">
              <w:rPr>
                <w:sz w:val="18"/>
                <w:szCs w:val="20"/>
              </w:rPr>
              <w:t>)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9B5485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Passport No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:rsidR="00322AD1" w:rsidRPr="004074F3" w:rsidRDefault="006A120C">
      <w:pPr>
        <w:keepNext/>
        <w:spacing w:before="280" w:after="80"/>
        <w:rPr>
          <w:sz w:val="20"/>
          <w:szCs w:val="20"/>
        </w:rPr>
      </w:pPr>
      <w:r w:rsidRPr="004074F3">
        <w:rPr>
          <w:b/>
          <w:color w:val="000000"/>
          <w:sz w:val="20"/>
          <w:szCs w:val="20"/>
        </w:rPr>
        <w:t>WORK EXPERIENCE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912"/>
      </w:tblGrid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F126E6">
              <w:rPr>
                <w:iCs/>
                <w:sz w:val="18"/>
                <w:szCs w:val="20"/>
              </w:rPr>
              <w:t>Dates</w:t>
            </w:r>
            <w:r w:rsidRPr="004074F3">
              <w:rPr>
                <w:i/>
                <w:sz w:val="18"/>
                <w:szCs w:val="20"/>
              </w:rPr>
              <w:t xml:space="preserve"> /from - to/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Name and address of employer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Occupation or position held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Main responsibilities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:rsidR="00322AD1" w:rsidRPr="004074F3" w:rsidRDefault="006A120C">
      <w:pPr>
        <w:keepNext/>
        <w:spacing w:before="280" w:after="80"/>
        <w:rPr>
          <w:sz w:val="20"/>
          <w:szCs w:val="20"/>
        </w:rPr>
      </w:pPr>
      <w:r w:rsidRPr="004074F3">
        <w:rPr>
          <w:b/>
          <w:color w:val="000000"/>
          <w:sz w:val="20"/>
          <w:szCs w:val="20"/>
        </w:rPr>
        <w:t>EDUCATION AND TRAINING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912"/>
      </w:tblGrid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>
            <w:pPr>
              <w:spacing w:before="80" w:after="80"/>
              <w:rPr>
                <w:sz w:val="20"/>
                <w:szCs w:val="20"/>
              </w:rPr>
            </w:pPr>
            <w:r w:rsidRPr="00F126E6">
              <w:rPr>
                <w:iCs/>
                <w:sz w:val="18"/>
                <w:szCs w:val="20"/>
              </w:rPr>
              <w:t>Dates</w:t>
            </w:r>
            <w:r w:rsidRPr="004074F3">
              <w:rPr>
                <w:i/>
                <w:sz w:val="18"/>
                <w:szCs w:val="20"/>
              </w:rPr>
              <w:t xml:space="preserve"> /from - to/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322AD1" w:rsidRPr="004074F3">
        <w:trPr>
          <w:trHeight w:val="360"/>
        </w:trPr>
        <w:tc>
          <w:tcPr>
            <w:tcW w:w="3600" w:type="dxa"/>
            <w:tcBorders>
              <w:bottom w:val="single" w:sz="4" w:space="0" w:color="A0A0A0"/>
              <w:right w:val="single" w:sz="18" w:space="0" w:color="000000"/>
            </w:tcBorders>
          </w:tcPr>
          <w:p w:rsidR="00322AD1" w:rsidRPr="004074F3" w:rsidRDefault="006A120C" w:rsidP="0065391F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Name and type of organization</w:t>
            </w:r>
            <w:r w:rsidR="0065391F">
              <w:rPr>
                <w:sz w:val="18"/>
                <w:szCs w:val="20"/>
              </w:rPr>
              <w:br/>
            </w:r>
            <w:r w:rsidRPr="004074F3">
              <w:rPr>
                <w:sz w:val="18"/>
                <w:szCs w:val="20"/>
              </w:rPr>
              <w:t>providing education or training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322AD1" w:rsidRPr="004074F3" w:rsidRDefault="00322AD1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:rsidR="00322AD1" w:rsidRPr="004074F3" w:rsidRDefault="006A120C">
      <w:pPr>
        <w:keepNext/>
        <w:spacing w:before="280" w:after="80"/>
        <w:rPr>
          <w:sz w:val="20"/>
          <w:szCs w:val="20"/>
        </w:rPr>
      </w:pPr>
      <w:r w:rsidRPr="004074F3">
        <w:rPr>
          <w:b/>
          <w:color w:val="000000"/>
          <w:sz w:val="20"/>
          <w:szCs w:val="20"/>
        </w:rPr>
        <w:t>FAMILY MEMBERS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912"/>
      </w:tblGrid>
      <w:tr w:rsidR="005A312D" w:rsidRPr="004074F3" w:rsidTr="00D25909">
        <w:trPr>
          <w:trHeight w:val="360"/>
        </w:trPr>
        <w:tc>
          <w:tcPr>
            <w:tcW w:w="3600" w:type="dxa"/>
            <w:vMerge w:val="restart"/>
            <w:tcBorders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Father / name, surname/,</w:t>
            </w:r>
          </w:p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/date of birth/</w:t>
            </w:r>
          </w:p>
          <w:p w:rsidR="005A312D" w:rsidRPr="004074F3" w:rsidRDefault="005A312D" w:rsidP="00D25909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/work place/, /occupation/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D25909">
        <w:trPr>
          <w:trHeight w:val="360"/>
        </w:trPr>
        <w:tc>
          <w:tcPr>
            <w:tcW w:w="3600" w:type="dxa"/>
            <w:vMerge/>
            <w:tcBorders>
              <w:right w:val="single" w:sz="18" w:space="0" w:color="000000"/>
            </w:tcBorders>
          </w:tcPr>
          <w:p w:rsidR="005A312D" w:rsidRPr="004074F3" w:rsidRDefault="005A312D" w:rsidP="00D25909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>
        <w:trPr>
          <w:trHeight w:val="360"/>
        </w:trPr>
        <w:tc>
          <w:tcPr>
            <w:tcW w:w="3600" w:type="dxa"/>
            <w:vMerge/>
            <w:tcBorders>
              <w:bottom w:val="single" w:sz="4" w:space="0" w:color="A0A0A0"/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D23E05">
        <w:trPr>
          <w:trHeight w:val="360"/>
        </w:trPr>
        <w:tc>
          <w:tcPr>
            <w:tcW w:w="3600" w:type="dxa"/>
            <w:vMerge w:val="restart"/>
            <w:tcBorders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Mother / name, surname/,</w:t>
            </w:r>
          </w:p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/date of birth/</w:t>
            </w:r>
          </w:p>
          <w:p w:rsidR="005A312D" w:rsidRPr="004074F3" w:rsidRDefault="005A312D" w:rsidP="00D23E05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/work place/, /occupation/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D23E05">
        <w:trPr>
          <w:trHeight w:val="360"/>
        </w:trPr>
        <w:tc>
          <w:tcPr>
            <w:tcW w:w="3600" w:type="dxa"/>
            <w:vMerge/>
            <w:tcBorders>
              <w:right w:val="single" w:sz="18" w:space="0" w:color="000000"/>
            </w:tcBorders>
          </w:tcPr>
          <w:p w:rsidR="005A312D" w:rsidRPr="004074F3" w:rsidRDefault="005A312D" w:rsidP="00D23E05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>
        <w:trPr>
          <w:trHeight w:val="360"/>
        </w:trPr>
        <w:tc>
          <w:tcPr>
            <w:tcW w:w="3600" w:type="dxa"/>
            <w:vMerge/>
            <w:tcBorders>
              <w:bottom w:val="single" w:sz="4" w:space="0" w:color="A0A0A0"/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617A5D">
        <w:trPr>
          <w:trHeight w:val="360"/>
        </w:trPr>
        <w:tc>
          <w:tcPr>
            <w:tcW w:w="3600" w:type="dxa"/>
            <w:vMerge w:val="restart"/>
            <w:tcBorders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Brother / name, surname/,</w:t>
            </w:r>
          </w:p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/date of birth/</w:t>
            </w:r>
          </w:p>
          <w:p w:rsidR="005A312D" w:rsidRPr="004074F3" w:rsidRDefault="005A312D" w:rsidP="00617A5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/work place/, /occupation/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617A5D">
        <w:trPr>
          <w:trHeight w:val="360"/>
        </w:trPr>
        <w:tc>
          <w:tcPr>
            <w:tcW w:w="3600" w:type="dxa"/>
            <w:vMerge/>
            <w:tcBorders>
              <w:right w:val="single" w:sz="18" w:space="0" w:color="000000"/>
            </w:tcBorders>
          </w:tcPr>
          <w:p w:rsidR="005A312D" w:rsidRPr="004074F3" w:rsidRDefault="005A312D" w:rsidP="00617A5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>
        <w:trPr>
          <w:trHeight w:val="360"/>
        </w:trPr>
        <w:tc>
          <w:tcPr>
            <w:tcW w:w="3600" w:type="dxa"/>
            <w:vMerge/>
            <w:tcBorders>
              <w:bottom w:val="single" w:sz="4" w:space="0" w:color="A0A0A0"/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094C1B">
        <w:trPr>
          <w:trHeight w:val="360"/>
        </w:trPr>
        <w:tc>
          <w:tcPr>
            <w:tcW w:w="3600" w:type="dxa"/>
            <w:vMerge w:val="restart"/>
            <w:tcBorders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sz w:val="18"/>
                <w:szCs w:val="20"/>
              </w:rPr>
              <w:t>Sister / name, surname/,</w:t>
            </w:r>
          </w:p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/date of birth/</w:t>
            </w:r>
          </w:p>
          <w:p w:rsidR="005A312D" w:rsidRPr="004074F3" w:rsidRDefault="005A312D" w:rsidP="00094C1B">
            <w:pPr>
              <w:spacing w:before="80" w:after="80"/>
              <w:rPr>
                <w:sz w:val="20"/>
                <w:szCs w:val="20"/>
              </w:rPr>
            </w:pPr>
            <w:r w:rsidRPr="004074F3">
              <w:rPr>
                <w:i/>
                <w:sz w:val="18"/>
                <w:szCs w:val="20"/>
              </w:rPr>
              <w:t>/work place/, /occupation/</w:t>
            </w: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 w:rsidTr="00094C1B">
        <w:trPr>
          <w:trHeight w:val="360"/>
        </w:trPr>
        <w:tc>
          <w:tcPr>
            <w:tcW w:w="3600" w:type="dxa"/>
            <w:vMerge/>
            <w:tcBorders>
              <w:right w:val="single" w:sz="18" w:space="0" w:color="000000"/>
            </w:tcBorders>
          </w:tcPr>
          <w:p w:rsidR="005A312D" w:rsidRPr="004074F3" w:rsidRDefault="005A312D" w:rsidP="00094C1B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5A312D" w:rsidRPr="004074F3">
        <w:trPr>
          <w:trHeight w:val="360"/>
        </w:trPr>
        <w:tc>
          <w:tcPr>
            <w:tcW w:w="3600" w:type="dxa"/>
            <w:vMerge/>
            <w:tcBorders>
              <w:bottom w:val="single" w:sz="4" w:space="0" w:color="A0A0A0"/>
              <w:right w:val="single" w:sz="18" w:space="0" w:color="00000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bottom w:val="single" w:sz="4" w:space="0" w:color="A0A0A0"/>
            </w:tcBorders>
          </w:tcPr>
          <w:p w:rsidR="005A312D" w:rsidRPr="004074F3" w:rsidRDefault="005A312D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:rsidR="006A120C" w:rsidRPr="004074F3" w:rsidRDefault="006A120C">
      <w:pPr>
        <w:rPr>
          <w:sz w:val="20"/>
          <w:szCs w:val="20"/>
        </w:rPr>
      </w:pPr>
    </w:p>
    <w:sectPr w:rsidR="006A120C" w:rsidRPr="004074F3" w:rsidSect="004074F3">
      <w:pgSz w:w="12240" w:h="15840"/>
      <w:pgMar w:top="576" w:right="288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55EE"/>
    <w:rsid w:val="00034616"/>
    <w:rsid w:val="0006063C"/>
    <w:rsid w:val="0015074B"/>
    <w:rsid w:val="00280E50"/>
    <w:rsid w:val="0029639D"/>
    <w:rsid w:val="00322AD1"/>
    <w:rsid w:val="00326F90"/>
    <w:rsid w:val="004074F3"/>
    <w:rsid w:val="004914AA"/>
    <w:rsid w:val="005A312D"/>
    <w:rsid w:val="0065391F"/>
    <w:rsid w:val="006A120C"/>
    <w:rsid w:val="008215BD"/>
    <w:rsid w:val="00842261"/>
    <w:rsid w:val="00877398"/>
    <w:rsid w:val="00991454"/>
    <w:rsid w:val="009B5485"/>
    <w:rsid w:val="00AA1D8D"/>
    <w:rsid w:val="00B47730"/>
    <w:rsid w:val="00B974EA"/>
    <w:rsid w:val="00CB0664"/>
    <w:rsid w:val="00CC436B"/>
    <w:rsid w:val="00E8489F"/>
    <w:rsid w:val="00F126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C59D85-75DB-4348-9350-D8993CAD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Farhad Sakhaei</cp:lastModifiedBy>
  <cp:revision>24</cp:revision>
  <cp:lastPrinted>2026-07-08T09:54:00Z</cp:lastPrinted>
  <dcterms:created xsi:type="dcterms:W3CDTF">2013-12-23T23:15:00Z</dcterms:created>
  <dcterms:modified xsi:type="dcterms:W3CDTF">2026-07-08T09:55:00Z</dcterms:modified>
</cp:coreProperties>
</file>